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40"/>
        <w:jc w:val="center"/>
      </w:pPr>
      <w:r>
        <w:drawing>
          <wp:inline xmlns:a="http://schemas.openxmlformats.org/drawingml/2006/main" xmlns:pic="http://schemas.openxmlformats.org/drawingml/2006/picture">
            <wp:extent cx="3063240" cy="918972"/>
            <wp:docPr id="1" name="Picture 1" descr="推し活未来研究所ロゴ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rand-logo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063240" cy="91897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0" w:after="40"/>
        <w:jc w:val="center"/>
      </w:pPr>
      <w:r>
        <w:rPr>
          <w:rFonts w:ascii="Noto Sans JP" w:hAnsi="Noto Sans JP" w:eastAsia="Noto Sans JP" w:cs="Noto Sans JP"/>
          <w:b/>
          <w:color w:val="1C7C86"/>
          <w:sz w:val="17"/>
          <w:lang w:val="en-US" w:eastAsia="ja-JP"/>
        </w:rPr>
        <w:t>OSHI LIFE BUDGET PLANNER</w:t>
      </w:r>
    </w:p>
    <w:p>
      <w:pPr>
        <w:spacing w:before="0" w:after="40"/>
        <w:jc w:val="center"/>
      </w:pPr>
      <w:r>
        <w:rPr>
          <w:rFonts w:ascii="IPAexMincho" w:hAnsi="IPAexMincho" w:eastAsia="IPAexMincho" w:cs="IPAexMincho"/>
          <w:b/>
          <w:color w:val="252322"/>
          <w:sz w:val="50"/>
          <w:lang w:val="en-US" w:eastAsia="ja-JP"/>
        </w:rPr>
        <w:t>推し活家計簿</w:t>
      </w:r>
    </w:p>
    <w:p>
      <w:pPr>
        <w:spacing w:before="0" w:after="160"/>
        <w:jc w:val="center"/>
      </w:pPr>
      <w:r>
        <w:rPr>
          <w:rFonts w:ascii="Noto Sans JP" w:hAnsi="Noto Sans JP" w:eastAsia="Noto Sans JP" w:cs="Noto Sans JP"/>
          <w:color w:val="6E6964"/>
          <w:sz w:val="20"/>
          <w:lang w:val="en-US" w:eastAsia="ja-JP"/>
        </w:rPr>
        <w:t>未来の推し活を、気持ちよく楽しむために。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</w:tblPr>
      <w:tblGrid>
        <w:gridCol w:w="3120"/>
        <w:gridCol w:w="3120"/>
        <w:gridCol w:w="3120"/>
      </w:tblGrid>
      <w:tr>
        <w:trPr>
          <w:tblHeader w:val="true"/>
        </w:trPr>
        <w:tc>
          <w:tcPr>
            <w:tcW w:type="dxa" w:w="3120"/>
            <w:shd w:fill="DFF5F5" w:val="clear"/>
            <w:vAlign w:val="center"/>
            <w:tcBorders>
              <w:top w:val="single" w:sz="8" w:color="1C7C86"/>
              <w:bottom w:val="single" w:sz="8" w:color="1C7C86"/>
              <w:left w:val="single" w:sz="4" w:color="FFFFFF"/>
              <w:right w:val="single" w:sz="4" w:color="FFFFFF"/>
            </w:tcBorders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60" w:after="40"/>
              <w:jc w:val="center"/>
            </w:pPr>
            <w:r>
              <w:rPr>
                <w:rFonts w:ascii="Noto Sans JP" w:hAnsi="Noto Sans JP" w:eastAsia="Noto Sans JP" w:cs="Noto Sans JP"/>
                <w:b/>
                <w:color w:val="1C7C86"/>
                <w:sz w:val="16"/>
                <w:lang w:val="en-US" w:eastAsia="ja-JP"/>
              </w:rPr>
              <w:t>対象月</w:t>
            </w:r>
          </w:p>
          <w:p>
            <w:pPr>
              <w:spacing w:before="0" w:after="60"/>
              <w:jc w:val="center"/>
            </w:pPr>
            <w:r>
              <w:rPr>
                <w:rFonts w:ascii="Noto Sans JP" w:hAnsi="Noto Sans JP" w:eastAsia="Noto Sans JP" w:cs="Noto Sans JP"/>
                <w:b/>
                <w:color w:val="252322"/>
                <w:sz w:val="21"/>
                <w:lang w:val="en-US" w:eastAsia="ja-JP"/>
              </w:rPr>
              <w:t xml:space="preserve">　　　　 年　　 月</w:t>
            </w:r>
          </w:p>
        </w:tc>
        <w:tc>
          <w:tcPr>
            <w:tcW w:type="dxa" w:w="3120"/>
            <w:shd w:fill="FFE782" w:val="clear"/>
            <w:vAlign w:val="center"/>
            <w:tcBorders>
              <w:top w:val="single" w:sz="8" w:color="252322"/>
              <w:bottom w:val="single" w:sz="8" w:color="252322"/>
              <w:left w:val="single" w:sz="4" w:color="FFFFFF"/>
              <w:right w:val="single" w:sz="4" w:color="FFFFFF"/>
            </w:tcBorders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60" w:after="40"/>
              <w:jc w:val="center"/>
            </w:pPr>
            <w:r>
              <w:rPr>
                <w:rFonts w:ascii="Noto Sans JP" w:hAnsi="Noto Sans JP" w:eastAsia="Noto Sans JP" w:cs="Noto Sans JP"/>
                <w:b/>
                <w:color w:val="252322"/>
                <w:sz w:val="16"/>
                <w:lang w:val="en-US" w:eastAsia="ja-JP"/>
              </w:rPr>
              <w:t>今月の予算</w:t>
            </w:r>
          </w:p>
          <w:p>
            <w:pPr>
              <w:spacing w:before="0" w:after="60"/>
              <w:jc w:val="center"/>
            </w:pPr>
            <w:r>
              <w:rPr>
                <w:rFonts w:ascii="Noto Sans JP" w:hAnsi="Noto Sans JP" w:eastAsia="Noto Sans JP" w:cs="Noto Sans JP"/>
                <w:b/>
                <w:color w:val="252322"/>
                <w:sz w:val="21"/>
                <w:lang w:val="en-US" w:eastAsia="ja-JP"/>
              </w:rPr>
              <w:t xml:space="preserve">¥　　　　　　　　　</w:t>
            </w:r>
          </w:p>
        </w:tc>
        <w:tc>
          <w:tcPr>
            <w:tcW w:type="dxa" w:w="3120"/>
            <w:shd w:fill="FFE8E6" w:val="clear"/>
            <w:vAlign w:val="center"/>
            <w:tcBorders>
              <w:top w:val="single" w:sz="8" w:color="B83C45"/>
              <w:bottom w:val="single" w:sz="8" w:color="B83C45"/>
              <w:left w:val="single" w:sz="4" w:color="FFFFFF"/>
              <w:right w:val="single" w:sz="4" w:color="FFFFFF"/>
            </w:tcBorders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60" w:after="40"/>
              <w:jc w:val="center"/>
            </w:pPr>
            <w:r>
              <w:rPr>
                <w:rFonts w:ascii="Noto Sans JP" w:hAnsi="Noto Sans JP" w:eastAsia="Noto Sans JP" w:cs="Noto Sans JP"/>
                <w:b/>
                <w:color w:val="B83C45"/>
                <w:sz w:val="16"/>
                <w:lang w:val="en-US" w:eastAsia="ja-JP"/>
              </w:rPr>
              <w:t>自由枠</w:t>
            </w:r>
          </w:p>
          <w:p>
            <w:pPr>
              <w:spacing w:before="0" w:after="60"/>
              <w:jc w:val="center"/>
            </w:pPr>
            <w:r>
              <w:rPr>
                <w:rFonts w:ascii="Noto Sans JP" w:hAnsi="Noto Sans JP" w:eastAsia="Noto Sans JP" w:cs="Noto Sans JP"/>
                <w:b/>
                <w:color w:val="252322"/>
                <w:sz w:val="21"/>
                <w:lang w:val="en-US" w:eastAsia="ja-JP"/>
              </w:rPr>
              <w:t xml:space="preserve">¥　　　　　　　　　</w:t>
            </w:r>
          </w:p>
        </w:tc>
      </w:tr>
    </w:tbl>
    <w:p>
      <w:pPr>
        <w:spacing w:before="100" w:after="140" w:line="276" w:lineRule="auto"/>
        <w:jc w:val="center"/>
      </w:pPr>
      <w:r>
        <w:rPr>
          <w:rFonts w:ascii="Noto Sans JP" w:hAnsi="Noto Sans JP" w:eastAsia="Noto Sans JP" w:cs="Noto Sans JP"/>
          <w:b/>
          <w:color w:val="AD73AE"/>
          <w:sz w:val="17"/>
          <w:lang w:val="en-US" w:eastAsia="ja-JP"/>
        </w:rPr>
        <w:t>買ったときに記録して、月末に15分だけ振り返りましょう。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</w:tblPr>
      <w:tblGrid>
        <w:gridCol w:w="780"/>
        <w:gridCol w:w="1800"/>
        <w:gridCol w:w="1250"/>
        <w:gridCol w:w="1150"/>
        <w:gridCol w:w="1250"/>
        <w:gridCol w:w="1250"/>
        <w:gridCol w:w="1880"/>
      </w:tblGrid>
      <w:tr>
        <w:trPr>
          <w:trHeight w:hRule="atLeast"/>
          <w:tblHeader w:val="true"/>
        </w:trPr>
        <w:tc>
          <w:tcPr>
            <w:tcW w:type="dxa" w:w="780"/>
            <w:shd w:fill="32B8C4" w:val="clear"/>
            <w:vAlign w:val="center"/>
            <w:tcBorders>
              <w:top w:val="single" w:sz="6" w:color="1C7C86"/>
              <w:bottom w:val="single" w:sz="6" w:color="1C7C86"/>
              <w:left w:val="single" w:sz="4" w:color="1C7C86"/>
              <w:right w:val="single" w:sz="4" w:color="1C7C86"/>
            </w:tcBorders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Noto Sans JP" w:hAnsi="Noto Sans JP" w:eastAsia="Noto Sans JP" w:cs="Noto Sans JP"/>
                <w:b/>
                <w:color w:val="FFFFFF"/>
                <w:sz w:val="15"/>
                <w:lang w:val="en-US" w:eastAsia="ja-JP"/>
              </w:rPr>
              <w:t>日付</w:t>
            </w:r>
          </w:p>
        </w:tc>
        <w:tc>
          <w:tcPr>
            <w:tcW w:type="dxa" w:w="1800"/>
            <w:shd w:fill="32B8C4" w:val="clear"/>
            <w:vAlign w:val="center"/>
            <w:tcBorders>
              <w:top w:val="single" w:sz="6" w:color="1C7C86"/>
              <w:bottom w:val="single" w:sz="6" w:color="1C7C86"/>
              <w:left w:val="single" w:sz="4" w:color="1C7C86"/>
              <w:right w:val="single" w:sz="4" w:color="1C7C86"/>
            </w:tcBorders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Noto Sans JP" w:hAnsi="Noto Sans JP" w:eastAsia="Noto Sans JP" w:cs="Noto Sans JP"/>
                <w:b/>
                <w:color w:val="FFFFFF"/>
                <w:sz w:val="15"/>
                <w:lang w:val="en-US" w:eastAsia="ja-JP"/>
              </w:rPr>
              <w:t>内容</w:t>
            </w:r>
          </w:p>
        </w:tc>
        <w:tc>
          <w:tcPr>
            <w:tcW w:type="dxa" w:w="1250"/>
            <w:shd w:fill="32B8C4" w:val="clear"/>
            <w:vAlign w:val="center"/>
            <w:tcBorders>
              <w:top w:val="single" w:sz="6" w:color="1C7C86"/>
              <w:bottom w:val="single" w:sz="6" w:color="1C7C86"/>
              <w:left w:val="single" w:sz="4" w:color="1C7C86"/>
              <w:right w:val="single" w:sz="4" w:color="1C7C86"/>
            </w:tcBorders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Noto Sans JP" w:hAnsi="Noto Sans JP" w:eastAsia="Noto Sans JP" w:cs="Noto Sans JP"/>
                <w:b/>
                <w:color w:val="FFFFFF"/>
                <w:sz w:val="15"/>
                <w:lang w:val="en-US" w:eastAsia="ja-JP"/>
              </w:rPr>
              <w:t>費目</w:t>
            </w:r>
          </w:p>
        </w:tc>
        <w:tc>
          <w:tcPr>
            <w:tcW w:type="dxa" w:w="1150"/>
            <w:shd w:fill="32B8C4" w:val="clear"/>
            <w:vAlign w:val="center"/>
            <w:tcBorders>
              <w:top w:val="single" w:sz="6" w:color="1C7C86"/>
              <w:bottom w:val="single" w:sz="6" w:color="1C7C86"/>
              <w:left w:val="single" w:sz="4" w:color="1C7C86"/>
              <w:right w:val="single" w:sz="4" w:color="1C7C86"/>
            </w:tcBorders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28" w:lineRule="auto"/>
              <w:jc w:val="center"/>
            </w:pPr>
            <w:r>
              <w:rPr>
                <w:rFonts w:ascii="Noto Sans JP" w:hAnsi="Noto Sans JP" w:eastAsia="Noto Sans JP" w:cs="Noto Sans JP"/>
                <w:b/>
                <w:color w:val="FFFFFF"/>
                <w:sz w:val="15"/>
                <w:lang w:val="en-US" w:eastAsia="ja-JP"/>
              </w:rPr>
              <w:t>予算</w:t>
            </w:r>
          </w:p>
        </w:tc>
        <w:tc>
          <w:tcPr>
            <w:tcW w:type="dxa" w:w="1250"/>
            <w:shd w:fill="32B8C4" w:val="clear"/>
            <w:vAlign w:val="center"/>
            <w:tcBorders>
              <w:top w:val="single" w:sz="6" w:color="1C7C86"/>
              <w:bottom w:val="single" w:sz="6" w:color="1C7C86"/>
              <w:left w:val="single" w:sz="4" w:color="1C7C86"/>
              <w:right w:val="single" w:sz="4" w:color="1C7C86"/>
            </w:tcBorders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28" w:lineRule="auto"/>
              <w:jc w:val="center"/>
            </w:pPr>
            <w:r>
              <w:rPr>
                <w:rFonts w:ascii="Noto Sans JP" w:hAnsi="Noto Sans JP" w:eastAsia="Noto Sans JP" w:cs="Noto Sans JP"/>
                <w:b/>
                <w:color w:val="FFFFFF"/>
                <w:sz w:val="15"/>
                <w:lang w:val="en-US" w:eastAsia="ja-JP"/>
              </w:rPr>
              <w:t>実際の支出</w:t>
            </w:r>
          </w:p>
        </w:tc>
        <w:tc>
          <w:tcPr>
            <w:tcW w:type="dxa" w:w="1250"/>
            <w:shd w:fill="32B8C4" w:val="clear"/>
            <w:vAlign w:val="center"/>
            <w:tcBorders>
              <w:top w:val="single" w:sz="6" w:color="1C7C86"/>
              <w:bottom w:val="single" w:sz="6" w:color="1C7C86"/>
              <w:left w:val="single" w:sz="4" w:color="1C7C86"/>
              <w:right w:val="single" w:sz="4" w:color="1C7C86"/>
            </w:tcBorders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Noto Sans JP" w:hAnsi="Noto Sans JP" w:eastAsia="Noto Sans JP" w:cs="Noto Sans JP"/>
                <w:b/>
                <w:color w:val="FFFFFF"/>
                <w:sz w:val="15"/>
                <w:lang w:val="en-US" w:eastAsia="ja-JP"/>
              </w:rPr>
              <w:t>支払予定月</w:t>
            </w:r>
          </w:p>
        </w:tc>
        <w:tc>
          <w:tcPr>
            <w:tcW w:type="dxa" w:w="1880"/>
            <w:shd w:fill="32B8C4" w:val="clear"/>
            <w:vAlign w:val="center"/>
            <w:tcBorders>
              <w:top w:val="single" w:sz="6" w:color="1C7C86"/>
              <w:bottom w:val="single" w:sz="6" w:color="1C7C86"/>
              <w:left w:val="single" w:sz="4" w:color="1C7C86"/>
              <w:right w:val="single" w:sz="4" w:color="1C7C86"/>
            </w:tcBorders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Noto Sans JP" w:hAnsi="Noto Sans JP" w:eastAsia="Noto Sans JP" w:cs="Noto Sans JP"/>
                <w:b/>
                <w:color w:val="FFFFFF"/>
                <w:sz w:val="15"/>
                <w:lang w:val="en-US" w:eastAsia="ja-JP"/>
              </w:rPr>
              <w:t>満足メモ</w:t>
            </w:r>
          </w:p>
        </w:tc>
      </w:tr>
      <w:tr>
        <w:trPr>
          <w:trHeight w:hRule="atLeast"/>
          <w:cantSplit/>
        </w:trPr>
        <w:tc>
          <w:tcPr>
            <w:tcW w:type="dxa" w:w="780"/>
            <w:shd w:fill="FFFFFF" w:val="clear"/>
            <w:vAlign w:val="center"/>
            <w:tcBorders>
              <w:bottom w:val="single" w:sz="4" w:color="DDD7CD"/>
            </w:tcBorders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Noto Sans JP" w:hAnsi="Noto Sans JP" w:eastAsia="Noto Sans JP" w:cs="Noto Sans JP"/>
                <w:b w:val="0"/>
                <w:color w:val="252322"/>
                <w:sz w:val="17"/>
                <w:lang w:val="en-US" w:eastAsia="ja-JP"/>
              </w:rPr>
            </w:r>
          </w:p>
        </w:tc>
        <w:tc>
          <w:tcPr>
            <w:tcW w:type="dxa" w:w="1800"/>
            <w:shd w:fill="FFFFFF" w:val="clear"/>
            <w:vAlign w:val="center"/>
            <w:tcBorders>
              <w:bottom w:val="single" w:sz="4" w:color="DDD7CD"/>
            </w:tcBorders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Noto Sans JP" w:hAnsi="Noto Sans JP" w:eastAsia="Noto Sans JP" w:cs="Noto Sans JP"/>
                <w:b w:val="0"/>
                <w:color w:val="252322"/>
                <w:sz w:val="17"/>
                <w:lang w:val="en-US" w:eastAsia="ja-JP"/>
              </w:rPr>
            </w:r>
          </w:p>
        </w:tc>
        <w:tc>
          <w:tcPr>
            <w:tcW w:type="dxa" w:w="1250"/>
            <w:shd w:fill="FFFFFF" w:val="clear"/>
            <w:vAlign w:val="center"/>
            <w:tcBorders>
              <w:bottom w:val="single" w:sz="4" w:color="DDD7CD"/>
            </w:tcBorders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Noto Sans JP" w:hAnsi="Noto Sans JP" w:eastAsia="Noto Sans JP" w:cs="Noto Sans JP"/>
                <w:b w:val="0"/>
                <w:color w:val="252322"/>
                <w:sz w:val="17"/>
                <w:lang w:val="en-US" w:eastAsia="ja-JP"/>
              </w:rPr>
            </w:r>
          </w:p>
        </w:tc>
        <w:tc>
          <w:tcPr>
            <w:tcW w:type="dxa" w:w="1150"/>
            <w:shd w:fill="FFFFFF" w:val="clear"/>
            <w:vAlign w:val="center"/>
            <w:tcBorders>
              <w:bottom w:val="single" w:sz="4" w:color="DDD7CD"/>
            </w:tcBorders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Noto Sans JP" w:hAnsi="Noto Sans JP" w:eastAsia="Noto Sans JP" w:cs="Noto Sans JP"/>
                <w:b w:val="0"/>
                <w:color w:val="252322"/>
                <w:sz w:val="17"/>
                <w:lang w:val="en-US" w:eastAsia="ja-JP"/>
              </w:rPr>
            </w:r>
          </w:p>
        </w:tc>
        <w:tc>
          <w:tcPr>
            <w:tcW w:type="dxa" w:w="1250"/>
            <w:shd w:fill="FFFFFF" w:val="clear"/>
            <w:vAlign w:val="center"/>
            <w:tcBorders>
              <w:bottom w:val="single" w:sz="4" w:color="DDD7CD"/>
            </w:tcBorders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Noto Sans JP" w:hAnsi="Noto Sans JP" w:eastAsia="Noto Sans JP" w:cs="Noto Sans JP"/>
                <w:b w:val="0"/>
                <w:color w:val="252322"/>
                <w:sz w:val="17"/>
                <w:lang w:val="en-US" w:eastAsia="ja-JP"/>
              </w:rPr>
            </w:r>
          </w:p>
        </w:tc>
        <w:tc>
          <w:tcPr>
            <w:tcW w:type="dxa" w:w="1250"/>
            <w:shd w:fill="FFFFFF" w:val="clear"/>
            <w:vAlign w:val="center"/>
            <w:tcBorders>
              <w:bottom w:val="single" w:sz="4" w:color="DDD7CD"/>
            </w:tcBorders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Noto Sans JP" w:hAnsi="Noto Sans JP" w:eastAsia="Noto Sans JP" w:cs="Noto Sans JP"/>
                <w:b w:val="0"/>
                <w:color w:val="252322"/>
                <w:sz w:val="17"/>
                <w:lang w:val="en-US" w:eastAsia="ja-JP"/>
              </w:rPr>
            </w:r>
          </w:p>
        </w:tc>
        <w:tc>
          <w:tcPr>
            <w:tcW w:type="dxa" w:w="1880"/>
            <w:shd w:fill="FFFFFF" w:val="clear"/>
            <w:vAlign w:val="center"/>
            <w:tcBorders>
              <w:bottom w:val="single" w:sz="4" w:color="DDD7CD"/>
            </w:tcBorders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Noto Sans JP" w:hAnsi="Noto Sans JP" w:eastAsia="Noto Sans JP" w:cs="Noto Sans JP"/>
                <w:b w:val="0"/>
                <w:color w:val="252322"/>
                <w:sz w:val="17"/>
                <w:lang w:val="en-US" w:eastAsia="ja-JP"/>
              </w:rPr>
            </w:r>
          </w:p>
        </w:tc>
      </w:tr>
      <w:tr>
        <w:trPr>
          <w:trHeight w:hRule="atLeast"/>
          <w:cantSplit/>
        </w:trPr>
        <w:tc>
          <w:tcPr>
            <w:tcW w:type="dxa" w:w="780"/>
            <w:shd w:fill="FFFFFF" w:val="clear"/>
            <w:vAlign w:val="center"/>
            <w:tcBorders>
              <w:bottom w:val="single" w:sz="4" w:color="DDD7CD"/>
            </w:tcBorders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Noto Sans JP" w:hAnsi="Noto Sans JP" w:eastAsia="Noto Sans JP" w:cs="Noto Sans JP"/>
                <w:b w:val="0"/>
                <w:color w:val="252322"/>
                <w:sz w:val="17"/>
                <w:lang w:val="en-US" w:eastAsia="ja-JP"/>
              </w:rPr>
            </w:r>
          </w:p>
        </w:tc>
        <w:tc>
          <w:tcPr>
            <w:tcW w:type="dxa" w:w="1800"/>
            <w:shd w:fill="FFFFFF" w:val="clear"/>
            <w:vAlign w:val="center"/>
            <w:tcBorders>
              <w:bottom w:val="single" w:sz="4" w:color="DDD7CD"/>
            </w:tcBorders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Noto Sans JP" w:hAnsi="Noto Sans JP" w:eastAsia="Noto Sans JP" w:cs="Noto Sans JP"/>
                <w:b w:val="0"/>
                <w:color w:val="252322"/>
                <w:sz w:val="17"/>
                <w:lang w:val="en-US" w:eastAsia="ja-JP"/>
              </w:rPr>
            </w:r>
          </w:p>
        </w:tc>
        <w:tc>
          <w:tcPr>
            <w:tcW w:type="dxa" w:w="1250"/>
            <w:shd w:fill="FFFFFF" w:val="clear"/>
            <w:vAlign w:val="center"/>
            <w:tcBorders>
              <w:bottom w:val="single" w:sz="4" w:color="DDD7CD"/>
            </w:tcBorders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Noto Sans JP" w:hAnsi="Noto Sans JP" w:eastAsia="Noto Sans JP" w:cs="Noto Sans JP"/>
                <w:b w:val="0"/>
                <w:color w:val="252322"/>
                <w:sz w:val="17"/>
                <w:lang w:val="en-US" w:eastAsia="ja-JP"/>
              </w:rPr>
            </w:r>
          </w:p>
        </w:tc>
        <w:tc>
          <w:tcPr>
            <w:tcW w:type="dxa" w:w="1150"/>
            <w:shd w:fill="FFFFFF" w:val="clear"/>
            <w:vAlign w:val="center"/>
            <w:tcBorders>
              <w:bottom w:val="single" w:sz="4" w:color="DDD7CD"/>
            </w:tcBorders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Noto Sans JP" w:hAnsi="Noto Sans JP" w:eastAsia="Noto Sans JP" w:cs="Noto Sans JP"/>
                <w:b w:val="0"/>
                <w:color w:val="252322"/>
                <w:sz w:val="17"/>
                <w:lang w:val="en-US" w:eastAsia="ja-JP"/>
              </w:rPr>
            </w:r>
          </w:p>
        </w:tc>
        <w:tc>
          <w:tcPr>
            <w:tcW w:type="dxa" w:w="1250"/>
            <w:shd w:fill="FFFFFF" w:val="clear"/>
            <w:vAlign w:val="center"/>
            <w:tcBorders>
              <w:bottom w:val="single" w:sz="4" w:color="DDD7CD"/>
            </w:tcBorders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Noto Sans JP" w:hAnsi="Noto Sans JP" w:eastAsia="Noto Sans JP" w:cs="Noto Sans JP"/>
                <w:b w:val="0"/>
                <w:color w:val="252322"/>
                <w:sz w:val="17"/>
                <w:lang w:val="en-US" w:eastAsia="ja-JP"/>
              </w:rPr>
            </w:r>
          </w:p>
        </w:tc>
        <w:tc>
          <w:tcPr>
            <w:tcW w:type="dxa" w:w="1250"/>
            <w:shd w:fill="FFFFFF" w:val="clear"/>
            <w:vAlign w:val="center"/>
            <w:tcBorders>
              <w:bottom w:val="single" w:sz="4" w:color="DDD7CD"/>
            </w:tcBorders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Noto Sans JP" w:hAnsi="Noto Sans JP" w:eastAsia="Noto Sans JP" w:cs="Noto Sans JP"/>
                <w:b w:val="0"/>
                <w:color w:val="252322"/>
                <w:sz w:val="17"/>
                <w:lang w:val="en-US" w:eastAsia="ja-JP"/>
              </w:rPr>
            </w:r>
          </w:p>
        </w:tc>
        <w:tc>
          <w:tcPr>
            <w:tcW w:type="dxa" w:w="1880"/>
            <w:shd w:fill="FFFFFF" w:val="clear"/>
            <w:vAlign w:val="center"/>
            <w:tcBorders>
              <w:bottom w:val="single" w:sz="4" w:color="DDD7CD"/>
            </w:tcBorders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Noto Sans JP" w:hAnsi="Noto Sans JP" w:eastAsia="Noto Sans JP" w:cs="Noto Sans JP"/>
                <w:b w:val="0"/>
                <w:color w:val="252322"/>
                <w:sz w:val="17"/>
                <w:lang w:val="en-US" w:eastAsia="ja-JP"/>
              </w:rPr>
            </w:r>
          </w:p>
        </w:tc>
      </w:tr>
      <w:tr>
        <w:trPr>
          <w:trHeight w:hRule="atLeast"/>
          <w:cantSplit/>
        </w:trPr>
        <w:tc>
          <w:tcPr>
            <w:tcW w:type="dxa" w:w="780"/>
            <w:shd w:fill="FFFFFF" w:val="clear"/>
            <w:vAlign w:val="center"/>
            <w:tcBorders>
              <w:bottom w:val="single" w:sz="4" w:color="DDD7CD"/>
            </w:tcBorders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Noto Sans JP" w:hAnsi="Noto Sans JP" w:eastAsia="Noto Sans JP" w:cs="Noto Sans JP"/>
                <w:b w:val="0"/>
                <w:color w:val="252322"/>
                <w:sz w:val="17"/>
                <w:lang w:val="en-US" w:eastAsia="ja-JP"/>
              </w:rPr>
            </w:r>
          </w:p>
        </w:tc>
        <w:tc>
          <w:tcPr>
            <w:tcW w:type="dxa" w:w="1800"/>
            <w:shd w:fill="FFFFFF" w:val="clear"/>
            <w:vAlign w:val="center"/>
            <w:tcBorders>
              <w:bottom w:val="single" w:sz="4" w:color="DDD7CD"/>
            </w:tcBorders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Noto Sans JP" w:hAnsi="Noto Sans JP" w:eastAsia="Noto Sans JP" w:cs="Noto Sans JP"/>
                <w:b w:val="0"/>
                <w:color w:val="252322"/>
                <w:sz w:val="17"/>
                <w:lang w:val="en-US" w:eastAsia="ja-JP"/>
              </w:rPr>
            </w:r>
          </w:p>
        </w:tc>
        <w:tc>
          <w:tcPr>
            <w:tcW w:type="dxa" w:w="1250"/>
            <w:shd w:fill="FFFFFF" w:val="clear"/>
            <w:vAlign w:val="center"/>
            <w:tcBorders>
              <w:bottom w:val="single" w:sz="4" w:color="DDD7CD"/>
            </w:tcBorders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Noto Sans JP" w:hAnsi="Noto Sans JP" w:eastAsia="Noto Sans JP" w:cs="Noto Sans JP"/>
                <w:b w:val="0"/>
                <w:color w:val="252322"/>
                <w:sz w:val="17"/>
                <w:lang w:val="en-US" w:eastAsia="ja-JP"/>
              </w:rPr>
            </w:r>
          </w:p>
        </w:tc>
        <w:tc>
          <w:tcPr>
            <w:tcW w:type="dxa" w:w="1150"/>
            <w:shd w:fill="FFFFFF" w:val="clear"/>
            <w:vAlign w:val="center"/>
            <w:tcBorders>
              <w:bottom w:val="single" w:sz="4" w:color="DDD7CD"/>
            </w:tcBorders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Noto Sans JP" w:hAnsi="Noto Sans JP" w:eastAsia="Noto Sans JP" w:cs="Noto Sans JP"/>
                <w:b w:val="0"/>
                <w:color w:val="252322"/>
                <w:sz w:val="17"/>
                <w:lang w:val="en-US" w:eastAsia="ja-JP"/>
              </w:rPr>
            </w:r>
          </w:p>
        </w:tc>
        <w:tc>
          <w:tcPr>
            <w:tcW w:type="dxa" w:w="1250"/>
            <w:shd w:fill="FFFFFF" w:val="clear"/>
            <w:vAlign w:val="center"/>
            <w:tcBorders>
              <w:bottom w:val="single" w:sz="4" w:color="DDD7CD"/>
            </w:tcBorders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Noto Sans JP" w:hAnsi="Noto Sans JP" w:eastAsia="Noto Sans JP" w:cs="Noto Sans JP"/>
                <w:b w:val="0"/>
                <w:color w:val="252322"/>
                <w:sz w:val="17"/>
                <w:lang w:val="en-US" w:eastAsia="ja-JP"/>
              </w:rPr>
            </w:r>
          </w:p>
        </w:tc>
        <w:tc>
          <w:tcPr>
            <w:tcW w:type="dxa" w:w="1250"/>
            <w:shd w:fill="FFFFFF" w:val="clear"/>
            <w:vAlign w:val="center"/>
            <w:tcBorders>
              <w:bottom w:val="single" w:sz="4" w:color="DDD7CD"/>
            </w:tcBorders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Noto Sans JP" w:hAnsi="Noto Sans JP" w:eastAsia="Noto Sans JP" w:cs="Noto Sans JP"/>
                <w:b w:val="0"/>
                <w:color w:val="252322"/>
                <w:sz w:val="17"/>
                <w:lang w:val="en-US" w:eastAsia="ja-JP"/>
              </w:rPr>
            </w:r>
          </w:p>
        </w:tc>
        <w:tc>
          <w:tcPr>
            <w:tcW w:type="dxa" w:w="1880"/>
            <w:shd w:fill="FFFFFF" w:val="clear"/>
            <w:vAlign w:val="center"/>
            <w:tcBorders>
              <w:bottom w:val="single" w:sz="4" w:color="DDD7CD"/>
            </w:tcBorders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Noto Sans JP" w:hAnsi="Noto Sans JP" w:eastAsia="Noto Sans JP" w:cs="Noto Sans JP"/>
                <w:b w:val="0"/>
                <w:color w:val="252322"/>
                <w:sz w:val="17"/>
                <w:lang w:val="en-US" w:eastAsia="ja-JP"/>
              </w:rPr>
            </w:r>
          </w:p>
        </w:tc>
      </w:tr>
      <w:tr>
        <w:trPr>
          <w:trHeight w:hRule="atLeast"/>
          <w:cantSplit/>
        </w:trPr>
        <w:tc>
          <w:tcPr>
            <w:tcW w:type="dxa" w:w="780"/>
            <w:shd w:fill="FFFFFF" w:val="clear"/>
            <w:vAlign w:val="center"/>
            <w:tcBorders>
              <w:bottom w:val="single" w:sz="4" w:color="DDD7CD"/>
            </w:tcBorders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Noto Sans JP" w:hAnsi="Noto Sans JP" w:eastAsia="Noto Sans JP" w:cs="Noto Sans JP"/>
                <w:b w:val="0"/>
                <w:color w:val="252322"/>
                <w:sz w:val="17"/>
                <w:lang w:val="en-US" w:eastAsia="ja-JP"/>
              </w:rPr>
            </w:r>
          </w:p>
        </w:tc>
        <w:tc>
          <w:tcPr>
            <w:tcW w:type="dxa" w:w="1800"/>
            <w:shd w:fill="FFFFFF" w:val="clear"/>
            <w:vAlign w:val="center"/>
            <w:tcBorders>
              <w:bottom w:val="single" w:sz="4" w:color="DDD7CD"/>
            </w:tcBorders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Noto Sans JP" w:hAnsi="Noto Sans JP" w:eastAsia="Noto Sans JP" w:cs="Noto Sans JP"/>
                <w:b w:val="0"/>
                <w:color w:val="252322"/>
                <w:sz w:val="17"/>
                <w:lang w:val="en-US" w:eastAsia="ja-JP"/>
              </w:rPr>
            </w:r>
          </w:p>
        </w:tc>
        <w:tc>
          <w:tcPr>
            <w:tcW w:type="dxa" w:w="1250"/>
            <w:shd w:fill="FFFFFF" w:val="clear"/>
            <w:vAlign w:val="center"/>
            <w:tcBorders>
              <w:bottom w:val="single" w:sz="4" w:color="DDD7CD"/>
            </w:tcBorders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Noto Sans JP" w:hAnsi="Noto Sans JP" w:eastAsia="Noto Sans JP" w:cs="Noto Sans JP"/>
                <w:b w:val="0"/>
                <w:color w:val="252322"/>
                <w:sz w:val="17"/>
                <w:lang w:val="en-US" w:eastAsia="ja-JP"/>
              </w:rPr>
            </w:r>
          </w:p>
        </w:tc>
        <w:tc>
          <w:tcPr>
            <w:tcW w:type="dxa" w:w="1150"/>
            <w:shd w:fill="FFFFFF" w:val="clear"/>
            <w:vAlign w:val="center"/>
            <w:tcBorders>
              <w:bottom w:val="single" w:sz="4" w:color="DDD7CD"/>
            </w:tcBorders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Noto Sans JP" w:hAnsi="Noto Sans JP" w:eastAsia="Noto Sans JP" w:cs="Noto Sans JP"/>
                <w:b w:val="0"/>
                <w:color w:val="252322"/>
                <w:sz w:val="17"/>
                <w:lang w:val="en-US" w:eastAsia="ja-JP"/>
              </w:rPr>
            </w:r>
          </w:p>
        </w:tc>
        <w:tc>
          <w:tcPr>
            <w:tcW w:type="dxa" w:w="1250"/>
            <w:shd w:fill="FFFFFF" w:val="clear"/>
            <w:vAlign w:val="center"/>
            <w:tcBorders>
              <w:bottom w:val="single" w:sz="4" w:color="DDD7CD"/>
            </w:tcBorders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Noto Sans JP" w:hAnsi="Noto Sans JP" w:eastAsia="Noto Sans JP" w:cs="Noto Sans JP"/>
                <w:b w:val="0"/>
                <w:color w:val="252322"/>
                <w:sz w:val="17"/>
                <w:lang w:val="en-US" w:eastAsia="ja-JP"/>
              </w:rPr>
            </w:r>
          </w:p>
        </w:tc>
        <w:tc>
          <w:tcPr>
            <w:tcW w:type="dxa" w:w="1250"/>
            <w:shd w:fill="FFFFFF" w:val="clear"/>
            <w:vAlign w:val="center"/>
            <w:tcBorders>
              <w:bottom w:val="single" w:sz="4" w:color="DDD7CD"/>
            </w:tcBorders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Noto Sans JP" w:hAnsi="Noto Sans JP" w:eastAsia="Noto Sans JP" w:cs="Noto Sans JP"/>
                <w:b w:val="0"/>
                <w:color w:val="252322"/>
                <w:sz w:val="17"/>
                <w:lang w:val="en-US" w:eastAsia="ja-JP"/>
              </w:rPr>
            </w:r>
          </w:p>
        </w:tc>
        <w:tc>
          <w:tcPr>
            <w:tcW w:type="dxa" w:w="1880"/>
            <w:shd w:fill="FFFFFF" w:val="clear"/>
            <w:vAlign w:val="center"/>
            <w:tcBorders>
              <w:bottom w:val="single" w:sz="4" w:color="DDD7CD"/>
            </w:tcBorders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Noto Sans JP" w:hAnsi="Noto Sans JP" w:eastAsia="Noto Sans JP" w:cs="Noto Sans JP"/>
                <w:b w:val="0"/>
                <w:color w:val="252322"/>
                <w:sz w:val="17"/>
                <w:lang w:val="en-US" w:eastAsia="ja-JP"/>
              </w:rPr>
            </w:r>
          </w:p>
        </w:tc>
      </w:tr>
      <w:tr>
        <w:trPr>
          <w:trHeight w:hRule="atLeast"/>
          <w:cantSplit/>
        </w:trPr>
        <w:tc>
          <w:tcPr>
            <w:tcW w:type="dxa" w:w="780"/>
            <w:shd w:fill="FFFFFF" w:val="clear"/>
            <w:vAlign w:val="center"/>
            <w:tcBorders>
              <w:bottom w:val="single" w:sz="4" w:color="DDD7CD"/>
            </w:tcBorders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Noto Sans JP" w:hAnsi="Noto Sans JP" w:eastAsia="Noto Sans JP" w:cs="Noto Sans JP"/>
                <w:b w:val="0"/>
                <w:color w:val="252322"/>
                <w:sz w:val="17"/>
                <w:lang w:val="en-US" w:eastAsia="ja-JP"/>
              </w:rPr>
            </w:r>
          </w:p>
        </w:tc>
        <w:tc>
          <w:tcPr>
            <w:tcW w:type="dxa" w:w="1800"/>
            <w:shd w:fill="FFFFFF" w:val="clear"/>
            <w:vAlign w:val="center"/>
            <w:tcBorders>
              <w:bottom w:val="single" w:sz="4" w:color="DDD7CD"/>
            </w:tcBorders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Noto Sans JP" w:hAnsi="Noto Sans JP" w:eastAsia="Noto Sans JP" w:cs="Noto Sans JP"/>
                <w:b w:val="0"/>
                <w:color w:val="252322"/>
                <w:sz w:val="17"/>
                <w:lang w:val="en-US" w:eastAsia="ja-JP"/>
              </w:rPr>
            </w:r>
          </w:p>
        </w:tc>
        <w:tc>
          <w:tcPr>
            <w:tcW w:type="dxa" w:w="1250"/>
            <w:shd w:fill="FFFFFF" w:val="clear"/>
            <w:vAlign w:val="center"/>
            <w:tcBorders>
              <w:bottom w:val="single" w:sz="4" w:color="DDD7CD"/>
            </w:tcBorders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Noto Sans JP" w:hAnsi="Noto Sans JP" w:eastAsia="Noto Sans JP" w:cs="Noto Sans JP"/>
                <w:b w:val="0"/>
                <w:color w:val="252322"/>
                <w:sz w:val="17"/>
                <w:lang w:val="en-US" w:eastAsia="ja-JP"/>
              </w:rPr>
            </w:r>
          </w:p>
        </w:tc>
        <w:tc>
          <w:tcPr>
            <w:tcW w:type="dxa" w:w="1150"/>
            <w:shd w:fill="FFFFFF" w:val="clear"/>
            <w:vAlign w:val="center"/>
            <w:tcBorders>
              <w:bottom w:val="single" w:sz="4" w:color="DDD7CD"/>
            </w:tcBorders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Noto Sans JP" w:hAnsi="Noto Sans JP" w:eastAsia="Noto Sans JP" w:cs="Noto Sans JP"/>
                <w:b w:val="0"/>
                <w:color w:val="252322"/>
                <w:sz w:val="17"/>
                <w:lang w:val="en-US" w:eastAsia="ja-JP"/>
              </w:rPr>
            </w:r>
          </w:p>
        </w:tc>
        <w:tc>
          <w:tcPr>
            <w:tcW w:type="dxa" w:w="1250"/>
            <w:shd w:fill="FFFFFF" w:val="clear"/>
            <w:vAlign w:val="center"/>
            <w:tcBorders>
              <w:bottom w:val="single" w:sz="4" w:color="DDD7CD"/>
            </w:tcBorders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Noto Sans JP" w:hAnsi="Noto Sans JP" w:eastAsia="Noto Sans JP" w:cs="Noto Sans JP"/>
                <w:b w:val="0"/>
                <w:color w:val="252322"/>
                <w:sz w:val="17"/>
                <w:lang w:val="en-US" w:eastAsia="ja-JP"/>
              </w:rPr>
            </w:r>
          </w:p>
        </w:tc>
        <w:tc>
          <w:tcPr>
            <w:tcW w:type="dxa" w:w="1250"/>
            <w:shd w:fill="FFFFFF" w:val="clear"/>
            <w:vAlign w:val="center"/>
            <w:tcBorders>
              <w:bottom w:val="single" w:sz="4" w:color="DDD7CD"/>
            </w:tcBorders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Noto Sans JP" w:hAnsi="Noto Sans JP" w:eastAsia="Noto Sans JP" w:cs="Noto Sans JP"/>
                <w:b w:val="0"/>
                <w:color w:val="252322"/>
                <w:sz w:val="17"/>
                <w:lang w:val="en-US" w:eastAsia="ja-JP"/>
              </w:rPr>
            </w:r>
          </w:p>
        </w:tc>
        <w:tc>
          <w:tcPr>
            <w:tcW w:type="dxa" w:w="1880"/>
            <w:shd w:fill="FFFFFF" w:val="clear"/>
            <w:vAlign w:val="center"/>
            <w:tcBorders>
              <w:bottom w:val="single" w:sz="4" w:color="DDD7CD"/>
            </w:tcBorders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Noto Sans JP" w:hAnsi="Noto Sans JP" w:eastAsia="Noto Sans JP" w:cs="Noto Sans JP"/>
                <w:b w:val="0"/>
                <w:color w:val="252322"/>
                <w:sz w:val="17"/>
                <w:lang w:val="en-US" w:eastAsia="ja-JP"/>
              </w:rPr>
            </w:r>
          </w:p>
        </w:tc>
      </w:tr>
      <w:tr>
        <w:trPr>
          <w:trHeight w:hRule="atLeast"/>
          <w:cantSplit/>
        </w:trPr>
        <w:tc>
          <w:tcPr>
            <w:tcW w:type="dxa" w:w="780"/>
            <w:shd w:fill="FFFFFF" w:val="clear"/>
            <w:vAlign w:val="center"/>
            <w:tcBorders>
              <w:bottom w:val="single" w:sz="4" w:color="DDD7CD"/>
            </w:tcBorders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Noto Sans JP" w:hAnsi="Noto Sans JP" w:eastAsia="Noto Sans JP" w:cs="Noto Sans JP"/>
                <w:b w:val="0"/>
                <w:color w:val="252322"/>
                <w:sz w:val="17"/>
                <w:lang w:val="en-US" w:eastAsia="ja-JP"/>
              </w:rPr>
            </w:r>
          </w:p>
        </w:tc>
        <w:tc>
          <w:tcPr>
            <w:tcW w:type="dxa" w:w="1800"/>
            <w:shd w:fill="FFFFFF" w:val="clear"/>
            <w:vAlign w:val="center"/>
            <w:tcBorders>
              <w:bottom w:val="single" w:sz="4" w:color="DDD7CD"/>
            </w:tcBorders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Noto Sans JP" w:hAnsi="Noto Sans JP" w:eastAsia="Noto Sans JP" w:cs="Noto Sans JP"/>
                <w:b w:val="0"/>
                <w:color w:val="252322"/>
                <w:sz w:val="17"/>
                <w:lang w:val="en-US" w:eastAsia="ja-JP"/>
              </w:rPr>
            </w:r>
          </w:p>
        </w:tc>
        <w:tc>
          <w:tcPr>
            <w:tcW w:type="dxa" w:w="1250"/>
            <w:shd w:fill="FFFFFF" w:val="clear"/>
            <w:vAlign w:val="center"/>
            <w:tcBorders>
              <w:bottom w:val="single" w:sz="4" w:color="DDD7CD"/>
            </w:tcBorders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Noto Sans JP" w:hAnsi="Noto Sans JP" w:eastAsia="Noto Sans JP" w:cs="Noto Sans JP"/>
                <w:b w:val="0"/>
                <w:color w:val="252322"/>
                <w:sz w:val="17"/>
                <w:lang w:val="en-US" w:eastAsia="ja-JP"/>
              </w:rPr>
            </w:r>
          </w:p>
        </w:tc>
        <w:tc>
          <w:tcPr>
            <w:tcW w:type="dxa" w:w="1150"/>
            <w:shd w:fill="FFFFFF" w:val="clear"/>
            <w:vAlign w:val="center"/>
            <w:tcBorders>
              <w:bottom w:val="single" w:sz="4" w:color="DDD7CD"/>
            </w:tcBorders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Noto Sans JP" w:hAnsi="Noto Sans JP" w:eastAsia="Noto Sans JP" w:cs="Noto Sans JP"/>
                <w:b w:val="0"/>
                <w:color w:val="252322"/>
                <w:sz w:val="17"/>
                <w:lang w:val="en-US" w:eastAsia="ja-JP"/>
              </w:rPr>
            </w:r>
          </w:p>
        </w:tc>
        <w:tc>
          <w:tcPr>
            <w:tcW w:type="dxa" w:w="1250"/>
            <w:shd w:fill="FFFFFF" w:val="clear"/>
            <w:vAlign w:val="center"/>
            <w:tcBorders>
              <w:bottom w:val="single" w:sz="4" w:color="DDD7CD"/>
            </w:tcBorders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Noto Sans JP" w:hAnsi="Noto Sans JP" w:eastAsia="Noto Sans JP" w:cs="Noto Sans JP"/>
                <w:b w:val="0"/>
                <w:color w:val="252322"/>
                <w:sz w:val="17"/>
                <w:lang w:val="en-US" w:eastAsia="ja-JP"/>
              </w:rPr>
            </w:r>
          </w:p>
        </w:tc>
        <w:tc>
          <w:tcPr>
            <w:tcW w:type="dxa" w:w="1250"/>
            <w:shd w:fill="FFFFFF" w:val="clear"/>
            <w:vAlign w:val="center"/>
            <w:tcBorders>
              <w:bottom w:val="single" w:sz="4" w:color="DDD7CD"/>
            </w:tcBorders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Noto Sans JP" w:hAnsi="Noto Sans JP" w:eastAsia="Noto Sans JP" w:cs="Noto Sans JP"/>
                <w:b w:val="0"/>
                <w:color w:val="252322"/>
                <w:sz w:val="17"/>
                <w:lang w:val="en-US" w:eastAsia="ja-JP"/>
              </w:rPr>
            </w:r>
          </w:p>
        </w:tc>
        <w:tc>
          <w:tcPr>
            <w:tcW w:type="dxa" w:w="1880"/>
            <w:shd w:fill="FFFFFF" w:val="clear"/>
            <w:vAlign w:val="center"/>
            <w:tcBorders>
              <w:bottom w:val="single" w:sz="4" w:color="DDD7CD"/>
            </w:tcBorders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Noto Sans JP" w:hAnsi="Noto Sans JP" w:eastAsia="Noto Sans JP" w:cs="Noto Sans JP"/>
                <w:b w:val="0"/>
                <w:color w:val="252322"/>
                <w:sz w:val="17"/>
                <w:lang w:val="en-US" w:eastAsia="ja-JP"/>
              </w:rPr>
            </w:r>
          </w:p>
        </w:tc>
      </w:tr>
      <w:tr>
        <w:trPr>
          <w:trHeight w:hRule="atLeast"/>
          <w:cantSplit/>
        </w:trPr>
        <w:tc>
          <w:tcPr>
            <w:tcW w:type="dxa" w:w="780"/>
            <w:shd w:fill="FFFFFF" w:val="clear"/>
            <w:vAlign w:val="center"/>
            <w:tcBorders>
              <w:bottom w:val="single" w:sz="4" w:color="DDD7CD"/>
            </w:tcBorders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Noto Sans JP" w:hAnsi="Noto Sans JP" w:eastAsia="Noto Sans JP" w:cs="Noto Sans JP"/>
                <w:b w:val="0"/>
                <w:color w:val="252322"/>
                <w:sz w:val="17"/>
                <w:lang w:val="en-US" w:eastAsia="ja-JP"/>
              </w:rPr>
            </w:r>
          </w:p>
        </w:tc>
        <w:tc>
          <w:tcPr>
            <w:tcW w:type="dxa" w:w="1800"/>
            <w:shd w:fill="FFFFFF" w:val="clear"/>
            <w:vAlign w:val="center"/>
            <w:tcBorders>
              <w:bottom w:val="single" w:sz="4" w:color="DDD7CD"/>
            </w:tcBorders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Noto Sans JP" w:hAnsi="Noto Sans JP" w:eastAsia="Noto Sans JP" w:cs="Noto Sans JP"/>
                <w:b w:val="0"/>
                <w:color w:val="252322"/>
                <w:sz w:val="17"/>
                <w:lang w:val="en-US" w:eastAsia="ja-JP"/>
              </w:rPr>
            </w:r>
          </w:p>
        </w:tc>
        <w:tc>
          <w:tcPr>
            <w:tcW w:type="dxa" w:w="1250"/>
            <w:shd w:fill="FFFFFF" w:val="clear"/>
            <w:vAlign w:val="center"/>
            <w:tcBorders>
              <w:bottom w:val="single" w:sz="4" w:color="DDD7CD"/>
            </w:tcBorders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Noto Sans JP" w:hAnsi="Noto Sans JP" w:eastAsia="Noto Sans JP" w:cs="Noto Sans JP"/>
                <w:b w:val="0"/>
                <w:color w:val="252322"/>
                <w:sz w:val="17"/>
                <w:lang w:val="en-US" w:eastAsia="ja-JP"/>
              </w:rPr>
            </w:r>
          </w:p>
        </w:tc>
        <w:tc>
          <w:tcPr>
            <w:tcW w:type="dxa" w:w="1150"/>
            <w:shd w:fill="FFFFFF" w:val="clear"/>
            <w:vAlign w:val="center"/>
            <w:tcBorders>
              <w:bottom w:val="single" w:sz="4" w:color="DDD7CD"/>
            </w:tcBorders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Noto Sans JP" w:hAnsi="Noto Sans JP" w:eastAsia="Noto Sans JP" w:cs="Noto Sans JP"/>
                <w:b w:val="0"/>
                <w:color w:val="252322"/>
                <w:sz w:val="17"/>
                <w:lang w:val="en-US" w:eastAsia="ja-JP"/>
              </w:rPr>
            </w:r>
          </w:p>
        </w:tc>
        <w:tc>
          <w:tcPr>
            <w:tcW w:type="dxa" w:w="1250"/>
            <w:shd w:fill="FFFFFF" w:val="clear"/>
            <w:vAlign w:val="center"/>
            <w:tcBorders>
              <w:bottom w:val="single" w:sz="4" w:color="DDD7CD"/>
            </w:tcBorders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Noto Sans JP" w:hAnsi="Noto Sans JP" w:eastAsia="Noto Sans JP" w:cs="Noto Sans JP"/>
                <w:b w:val="0"/>
                <w:color w:val="252322"/>
                <w:sz w:val="17"/>
                <w:lang w:val="en-US" w:eastAsia="ja-JP"/>
              </w:rPr>
            </w:r>
          </w:p>
        </w:tc>
        <w:tc>
          <w:tcPr>
            <w:tcW w:type="dxa" w:w="1250"/>
            <w:shd w:fill="FFFFFF" w:val="clear"/>
            <w:vAlign w:val="center"/>
            <w:tcBorders>
              <w:bottom w:val="single" w:sz="4" w:color="DDD7CD"/>
            </w:tcBorders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Noto Sans JP" w:hAnsi="Noto Sans JP" w:eastAsia="Noto Sans JP" w:cs="Noto Sans JP"/>
                <w:b w:val="0"/>
                <w:color w:val="252322"/>
                <w:sz w:val="17"/>
                <w:lang w:val="en-US" w:eastAsia="ja-JP"/>
              </w:rPr>
            </w:r>
          </w:p>
        </w:tc>
        <w:tc>
          <w:tcPr>
            <w:tcW w:type="dxa" w:w="1880"/>
            <w:shd w:fill="FFFFFF" w:val="clear"/>
            <w:vAlign w:val="center"/>
            <w:tcBorders>
              <w:bottom w:val="single" w:sz="4" w:color="DDD7CD"/>
            </w:tcBorders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Noto Sans JP" w:hAnsi="Noto Sans JP" w:eastAsia="Noto Sans JP" w:cs="Noto Sans JP"/>
                <w:b w:val="0"/>
                <w:color w:val="252322"/>
                <w:sz w:val="17"/>
                <w:lang w:val="en-US" w:eastAsia="ja-JP"/>
              </w:rPr>
            </w:r>
          </w:p>
        </w:tc>
      </w:tr>
      <w:tr>
        <w:trPr>
          <w:trHeight w:hRule="atLeast"/>
          <w:cantSplit/>
        </w:trPr>
        <w:tc>
          <w:tcPr>
            <w:tcW w:type="dxa" w:w="780"/>
            <w:shd w:fill="FFFFFF" w:val="clear"/>
            <w:vAlign w:val="center"/>
            <w:tcBorders>
              <w:bottom w:val="single" w:sz="4" w:color="DDD7CD"/>
            </w:tcBorders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Noto Sans JP" w:hAnsi="Noto Sans JP" w:eastAsia="Noto Sans JP" w:cs="Noto Sans JP"/>
                <w:b w:val="0"/>
                <w:color w:val="252322"/>
                <w:sz w:val="17"/>
                <w:lang w:val="en-US" w:eastAsia="ja-JP"/>
              </w:rPr>
            </w:r>
          </w:p>
        </w:tc>
        <w:tc>
          <w:tcPr>
            <w:tcW w:type="dxa" w:w="1800"/>
            <w:shd w:fill="FFFFFF" w:val="clear"/>
            <w:vAlign w:val="center"/>
            <w:tcBorders>
              <w:bottom w:val="single" w:sz="4" w:color="DDD7CD"/>
            </w:tcBorders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Noto Sans JP" w:hAnsi="Noto Sans JP" w:eastAsia="Noto Sans JP" w:cs="Noto Sans JP"/>
                <w:b w:val="0"/>
                <w:color w:val="252322"/>
                <w:sz w:val="17"/>
                <w:lang w:val="en-US" w:eastAsia="ja-JP"/>
              </w:rPr>
            </w:r>
          </w:p>
        </w:tc>
        <w:tc>
          <w:tcPr>
            <w:tcW w:type="dxa" w:w="1250"/>
            <w:shd w:fill="FFFFFF" w:val="clear"/>
            <w:vAlign w:val="center"/>
            <w:tcBorders>
              <w:bottom w:val="single" w:sz="4" w:color="DDD7CD"/>
            </w:tcBorders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Noto Sans JP" w:hAnsi="Noto Sans JP" w:eastAsia="Noto Sans JP" w:cs="Noto Sans JP"/>
                <w:b w:val="0"/>
                <w:color w:val="252322"/>
                <w:sz w:val="17"/>
                <w:lang w:val="en-US" w:eastAsia="ja-JP"/>
              </w:rPr>
            </w:r>
          </w:p>
        </w:tc>
        <w:tc>
          <w:tcPr>
            <w:tcW w:type="dxa" w:w="1150"/>
            <w:shd w:fill="FFFFFF" w:val="clear"/>
            <w:vAlign w:val="center"/>
            <w:tcBorders>
              <w:bottom w:val="single" w:sz="4" w:color="DDD7CD"/>
            </w:tcBorders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Noto Sans JP" w:hAnsi="Noto Sans JP" w:eastAsia="Noto Sans JP" w:cs="Noto Sans JP"/>
                <w:b w:val="0"/>
                <w:color w:val="252322"/>
                <w:sz w:val="17"/>
                <w:lang w:val="en-US" w:eastAsia="ja-JP"/>
              </w:rPr>
            </w:r>
          </w:p>
        </w:tc>
        <w:tc>
          <w:tcPr>
            <w:tcW w:type="dxa" w:w="1250"/>
            <w:shd w:fill="FFFFFF" w:val="clear"/>
            <w:vAlign w:val="center"/>
            <w:tcBorders>
              <w:bottom w:val="single" w:sz="4" w:color="DDD7CD"/>
            </w:tcBorders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Noto Sans JP" w:hAnsi="Noto Sans JP" w:eastAsia="Noto Sans JP" w:cs="Noto Sans JP"/>
                <w:b w:val="0"/>
                <w:color w:val="252322"/>
                <w:sz w:val="17"/>
                <w:lang w:val="en-US" w:eastAsia="ja-JP"/>
              </w:rPr>
            </w:r>
          </w:p>
        </w:tc>
        <w:tc>
          <w:tcPr>
            <w:tcW w:type="dxa" w:w="1250"/>
            <w:shd w:fill="FFFFFF" w:val="clear"/>
            <w:vAlign w:val="center"/>
            <w:tcBorders>
              <w:bottom w:val="single" w:sz="4" w:color="DDD7CD"/>
            </w:tcBorders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Noto Sans JP" w:hAnsi="Noto Sans JP" w:eastAsia="Noto Sans JP" w:cs="Noto Sans JP"/>
                <w:b w:val="0"/>
                <w:color w:val="252322"/>
                <w:sz w:val="17"/>
                <w:lang w:val="en-US" w:eastAsia="ja-JP"/>
              </w:rPr>
            </w:r>
          </w:p>
        </w:tc>
        <w:tc>
          <w:tcPr>
            <w:tcW w:type="dxa" w:w="1880"/>
            <w:shd w:fill="FFFFFF" w:val="clear"/>
            <w:vAlign w:val="center"/>
            <w:tcBorders>
              <w:bottom w:val="single" w:sz="4" w:color="DDD7CD"/>
            </w:tcBorders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Noto Sans JP" w:hAnsi="Noto Sans JP" w:eastAsia="Noto Sans JP" w:cs="Noto Sans JP"/>
                <w:b w:val="0"/>
                <w:color w:val="252322"/>
                <w:sz w:val="17"/>
                <w:lang w:val="en-US" w:eastAsia="ja-JP"/>
              </w:rPr>
            </w:r>
          </w:p>
        </w:tc>
      </w:tr>
      <w:tr>
        <w:trPr>
          <w:trHeight w:hRule="atLeast"/>
          <w:cantSplit/>
        </w:trPr>
        <w:tc>
          <w:tcPr>
            <w:tcW w:type="dxa" w:w="780"/>
            <w:shd w:fill="FFFFFF" w:val="clear"/>
            <w:vAlign w:val="center"/>
            <w:tcBorders>
              <w:bottom w:val="single" w:sz="4" w:color="DDD7CD"/>
            </w:tcBorders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Noto Sans JP" w:hAnsi="Noto Sans JP" w:eastAsia="Noto Sans JP" w:cs="Noto Sans JP"/>
                <w:b w:val="0"/>
                <w:color w:val="252322"/>
                <w:sz w:val="17"/>
                <w:lang w:val="en-US" w:eastAsia="ja-JP"/>
              </w:rPr>
            </w:r>
          </w:p>
        </w:tc>
        <w:tc>
          <w:tcPr>
            <w:tcW w:type="dxa" w:w="1800"/>
            <w:shd w:fill="FFFFFF" w:val="clear"/>
            <w:vAlign w:val="center"/>
            <w:tcBorders>
              <w:bottom w:val="single" w:sz="4" w:color="DDD7CD"/>
            </w:tcBorders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Noto Sans JP" w:hAnsi="Noto Sans JP" w:eastAsia="Noto Sans JP" w:cs="Noto Sans JP"/>
                <w:b w:val="0"/>
                <w:color w:val="252322"/>
                <w:sz w:val="17"/>
                <w:lang w:val="en-US" w:eastAsia="ja-JP"/>
              </w:rPr>
            </w:r>
          </w:p>
        </w:tc>
        <w:tc>
          <w:tcPr>
            <w:tcW w:type="dxa" w:w="1250"/>
            <w:shd w:fill="FFFFFF" w:val="clear"/>
            <w:vAlign w:val="center"/>
            <w:tcBorders>
              <w:bottom w:val="single" w:sz="4" w:color="DDD7CD"/>
            </w:tcBorders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Noto Sans JP" w:hAnsi="Noto Sans JP" w:eastAsia="Noto Sans JP" w:cs="Noto Sans JP"/>
                <w:b w:val="0"/>
                <w:color w:val="252322"/>
                <w:sz w:val="17"/>
                <w:lang w:val="en-US" w:eastAsia="ja-JP"/>
              </w:rPr>
            </w:r>
          </w:p>
        </w:tc>
        <w:tc>
          <w:tcPr>
            <w:tcW w:type="dxa" w:w="1150"/>
            <w:shd w:fill="FFFFFF" w:val="clear"/>
            <w:vAlign w:val="center"/>
            <w:tcBorders>
              <w:bottom w:val="single" w:sz="4" w:color="DDD7CD"/>
            </w:tcBorders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Noto Sans JP" w:hAnsi="Noto Sans JP" w:eastAsia="Noto Sans JP" w:cs="Noto Sans JP"/>
                <w:b w:val="0"/>
                <w:color w:val="252322"/>
                <w:sz w:val="17"/>
                <w:lang w:val="en-US" w:eastAsia="ja-JP"/>
              </w:rPr>
            </w:r>
          </w:p>
        </w:tc>
        <w:tc>
          <w:tcPr>
            <w:tcW w:type="dxa" w:w="1250"/>
            <w:shd w:fill="FFFFFF" w:val="clear"/>
            <w:vAlign w:val="center"/>
            <w:tcBorders>
              <w:bottom w:val="single" w:sz="4" w:color="DDD7CD"/>
            </w:tcBorders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Noto Sans JP" w:hAnsi="Noto Sans JP" w:eastAsia="Noto Sans JP" w:cs="Noto Sans JP"/>
                <w:b w:val="0"/>
                <w:color w:val="252322"/>
                <w:sz w:val="17"/>
                <w:lang w:val="en-US" w:eastAsia="ja-JP"/>
              </w:rPr>
            </w:r>
          </w:p>
        </w:tc>
        <w:tc>
          <w:tcPr>
            <w:tcW w:type="dxa" w:w="1250"/>
            <w:shd w:fill="FFFFFF" w:val="clear"/>
            <w:vAlign w:val="center"/>
            <w:tcBorders>
              <w:bottom w:val="single" w:sz="4" w:color="DDD7CD"/>
            </w:tcBorders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Noto Sans JP" w:hAnsi="Noto Sans JP" w:eastAsia="Noto Sans JP" w:cs="Noto Sans JP"/>
                <w:b w:val="0"/>
                <w:color w:val="252322"/>
                <w:sz w:val="17"/>
                <w:lang w:val="en-US" w:eastAsia="ja-JP"/>
              </w:rPr>
            </w:r>
          </w:p>
        </w:tc>
        <w:tc>
          <w:tcPr>
            <w:tcW w:type="dxa" w:w="1880"/>
            <w:shd w:fill="FFFFFF" w:val="clear"/>
            <w:vAlign w:val="center"/>
            <w:tcBorders>
              <w:bottom w:val="single" w:sz="4" w:color="DDD7CD"/>
            </w:tcBorders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Noto Sans JP" w:hAnsi="Noto Sans JP" w:eastAsia="Noto Sans JP" w:cs="Noto Sans JP"/>
                <w:b w:val="0"/>
                <w:color w:val="252322"/>
                <w:sz w:val="17"/>
                <w:lang w:val="en-US" w:eastAsia="ja-JP"/>
              </w:rPr>
            </w:r>
          </w:p>
        </w:tc>
      </w:tr>
      <w:tr>
        <w:trPr>
          <w:trHeight w:hRule="atLeast"/>
          <w:cantSplit/>
        </w:trPr>
        <w:tc>
          <w:tcPr>
            <w:tcW w:type="dxa" w:w="780"/>
            <w:shd w:fill="FFFFFF" w:val="clear"/>
            <w:vAlign w:val="center"/>
            <w:tcBorders>
              <w:bottom w:val="single" w:sz="4" w:color="DDD7CD"/>
            </w:tcBorders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Noto Sans JP" w:hAnsi="Noto Sans JP" w:eastAsia="Noto Sans JP" w:cs="Noto Sans JP"/>
                <w:b w:val="0"/>
                <w:color w:val="252322"/>
                <w:sz w:val="17"/>
                <w:lang w:val="en-US" w:eastAsia="ja-JP"/>
              </w:rPr>
            </w:r>
          </w:p>
        </w:tc>
        <w:tc>
          <w:tcPr>
            <w:tcW w:type="dxa" w:w="1800"/>
            <w:shd w:fill="FFFFFF" w:val="clear"/>
            <w:vAlign w:val="center"/>
            <w:tcBorders>
              <w:bottom w:val="single" w:sz="4" w:color="DDD7CD"/>
            </w:tcBorders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Noto Sans JP" w:hAnsi="Noto Sans JP" w:eastAsia="Noto Sans JP" w:cs="Noto Sans JP"/>
                <w:b w:val="0"/>
                <w:color w:val="252322"/>
                <w:sz w:val="17"/>
                <w:lang w:val="en-US" w:eastAsia="ja-JP"/>
              </w:rPr>
            </w:r>
          </w:p>
        </w:tc>
        <w:tc>
          <w:tcPr>
            <w:tcW w:type="dxa" w:w="1250"/>
            <w:shd w:fill="FFFFFF" w:val="clear"/>
            <w:vAlign w:val="center"/>
            <w:tcBorders>
              <w:bottom w:val="single" w:sz="4" w:color="DDD7CD"/>
            </w:tcBorders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Noto Sans JP" w:hAnsi="Noto Sans JP" w:eastAsia="Noto Sans JP" w:cs="Noto Sans JP"/>
                <w:b w:val="0"/>
                <w:color w:val="252322"/>
                <w:sz w:val="17"/>
                <w:lang w:val="en-US" w:eastAsia="ja-JP"/>
              </w:rPr>
            </w:r>
          </w:p>
        </w:tc>
        <w:tc>
          <w:tcPr>
            <w:tcW w:type="dxa" w:w="1150"/>
            <w:shd w:fill="FFFFFF" w:val="clear"/>
            <w:vAlign w:val="center"/>
            <w:tcBorders>
              <w:bottom w:val="single" w:sz="4" w:color="DDD7CD"/>
            </w:tcBorders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Noto Sans JP" w:hAnsi="Noto Sans JP" w:eastAsia="Noto Sans JP" w:cs="Noto Sans JP"/>
                <w:b w:val="0"/>
                <w:color w:val="252322"/>
                <w:sz w:val="17"/>
                <w:lang w:val="en-US" w:eastAsia="ja-JP"/>
              </w:rPr>
            </w:r>
          </w:p>
        </w:tc>
        <w:tc>
          <w:tcPr>
            <w:tcW w:type="dxa" w:w="1250"/>
            <w:shd w:fill="FFFFFF" w:val="clear"/>
            <w:vAlign w:val="center"/>
            <w:tcBorders>
              <w:bottom w:val="single" w:sz="4" w:color="DDD7CD"/>
            </w:tcBorders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Noto Sans JP" w:hAnsi="Noto Sans JP" w:eastAsia="Noto Sans JP" w:cs="Noto Sans JP"/>
                <w:b w:val="0"/>
                <w:color w:val="252322"/>
                <w:sz w:val="17"/>
                <w:lang w:val="en-US" w:eastAsia="ja-JP"/>
              </w:rPr>
            </w:r>
          </w:p>
        </w:tc>
        <w:tc>
          <w:tcPr>
            <w:tcW w:type="dxa" w:w="1250"/>
            <w:shd w:fill="FFFFFF" w:val="clear"/>
            <w:vAlign w:val="center"/>
            <w:tcBorders>
              <w:bottom w:val="single" w:sz="4" w:color="DDD7CD"/>
            </w:tcBorders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Noto Sans JP" w:hAnsi="Noto Sans JP" w:eastAsia="Noto Sans JP" w:cs="Noto Sans JP"/>
                <w:b w:val="0"/>
                <w:color w:val="252322"/>
                <w:sz w:val="17"/>
                <w:lang w:val="en-US" w:eastAsia="ja-JP"/>
              </w:rPr>
            </w:r>
          </w:p>
        </w:tc>
        <w:tc>
          <w:tcPr>
            <w:tcW w:type="dxa" w:w="1880"/>
            <w:shd w:fill="FFFFFF" w:val="clear"/>
            <w:vAlign w:val="center"/>
            <w:tcBorders>
              <w:bottom w:val="single" w:sz="4" w:color="DDD7CD"/>
            </w:tcBorders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Noto Sans JP" w:hAnsi="Noto Sans JP" w:eastAsia="Noto Sans JP" w:cs="Noto Sans JP"/>
                <w:b w:val="0"/>
                <w:color w:val="252322"/>
                <w:sz w:val="17"/>
                <w:lang w:val="en-US" w:eastAsia="ja-JP"/>
              </w:rPr>
            </w:r>
          </w:p>
        </w:tc>
      </w:tr>
      <w:tr>
        <w:trPr>
          <w:trHeight w:hRule="atLeast"/>
          <w:cantSplit/>
        </w:trPr>
        <w:tc>
          <w:tcPr>
            <w:tcW w:type="dxa" w:w="780"/>
            <w:shd w:fill="FFFFFF" w:val="clear"/>
            <w:vAlign w:val="center"/>
            <w:tcBorders>
              <w:bottom w:val="single" w:sz="4" w:color="DDD7CD"/>
            </w:tcBorders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Noto Sans JP" w:hAnsi="Noto Sans JP" w:eastAsia="Noto Sans JP" w:cs="Noto Sans JP"/>
                <w:b w:val="0"/>
                <w:color w:val="252322"/>
                <w:sz w:val="17"/>
                <w:lang w:val="en-US" w:eastAsia="ja-JP"/>
              </w:rPr>
            </w:r>
          </w:p>
        </w:tc>
        <w:tc>
          <w:tcPr>
            <w:tcW w:type="dxa" w:w="1800"/>
            <w:shd w:fill="FFFFFF" w:val="clear"/>
            <w:vAlign w:val="center"/>
            <w:tcBorders>
              <w:bottom w:val="single" w:sz="4" w:color="DDD7CD"/>
            </w:tcBorders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Noto Sans JP" w:hAnsi="Noto Sans JP" w:eastAsia="Noto Sans JP" w:cs="Noto Sans JP"/>
                <w:b w:val="0"/>
                <w:color w:val="252322"/>
                <w:sz w:val="17"/>
                <w:lang w:val="en-US" w:eastAsia="ja-JP"/>
              </w:rPr>
            </w:r>
          </w:p>
        </w:tc>
        <w:tc>
          <w:tcPr>
            <w:tcW w:type="dxa" w:w="1250"/>
            <w:shd w:fill="FFFFFF" w:val="clear"/>
            <w:vAlign w:val="center"/>
            <w:tcBorders>
              <w:bottom w:val="single" w:sz="4" w:color="DDD7CD"/>
            </w:tcBorders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Noto Sans JP" w:hAnsi="Noto Sans JP" w:eastAsia="Noto Sans JP" w:cs="Noto Sans JP"/>
                <w:b w:val="0"/>
                <w:color w:val="252322"/>
                <w:sz w:val="17"/>
                <w:lang w:val="en-US" w:eastAsia="ja-JP"/>
              </w:rPr>
            </w:r>
          </w:p>
        </w:tc>
        <w:tc>
          <w:tcPr>
            <w:tcW w:type="dxa" w:w="1150"/>
            <w:shd w:fill="FFFFFF" w:val="clear"/>
            <w:vAlign w:val="center"/>
            <w:tcBorders>
              <w:bottom w:val="single" w:sz="4" w:color="DDD7CD"/>
            </w:tcBorders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Noto Sans JP" w:hAnsi="Noto Sans JP" w:eastAsia="Noto Sans JP" w:cs="Noto Sans JP"/>
                <w:b w:val="0"/>
                <w:color w:val="252322"/>
                <w:sz w:val="17"/>
                <w:lang w:val="en-US" w:eastAsia="ja-JP"/>
              </w:rPr>
            </w:r>
          </w:p>
        </w:tc>
        <w:tc>
          <w:tcPr>
            <w:tcW w:type="dxa" w:w="1250"/>
            <w:shd w:fill="FFFFFF" w:val="clear"/>
            <w:vAlign w:val="center"/>
            <w:tcBorders>
              <w:bottom w:val="single" w:sz="4" w:color="DDD7CD"/>
            </w:tcBorders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Noto Sans JP" w:hAnsi="Noto Sans JP" w:eastAsia="Noto Sans JP" w:cs="Noto Sans JP"/>
                <w:b w:val="0"/>
                <w:color w:val="252322"/>
                <w:sz w:val="17"/>
                <w:lang w:val="en-US" w:eastAsia="ja-JP"/>
              </w:rPr>
            </w:r>
          </w:p>
        </w:tc>
        <w:tc>
          <w:tcPr>
            <w:tcW w:type="dxa" w:w="1250"/>
            <w:shd w:fill="FFFFFF" w:val="clear"/>
            <w:vAlign w:val="center"/>
            <w:tcBorders>
              <w:bottom w:val="single" w:sz="4" w:color="DDD7CD"/>
            </w:tcBorders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Noto Sans JP" w:hAnsi="Noto Sans JP" w:eastAsia="Noto Sans JP" w:cs="Noto Sans JP"/>
                <w:b w:val="0"/>
                <w:color w:val="252322"/>
                <w:sz w:val="17"/>
                <w:lang w:val="en-US" w:eastAsia="ja-JP"/>
              </w:rPr>
            </w:r>
          </w:p>
        </w:tc>
        <w:tc>
          <w:tcPr>
            <w:tcW w:type="dxa" w:w="1880"/>
            <w:shd w:fill="FFFFFF" w:val="clear"/>
            <w:vAlign w:val="center"/>
            <w:tcBorders>
              <w:bottom w:val="single" w:sz="4" w:color="DDD7CD"/>
            </w:tcBorders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Noto Sans JP" w:hAnsi="Noto Sans JP" w:eastAsia="Noto Sans JP" w:cs="Noto Sans JP"/>
                <w:b w:val="0"/>
                <w:color w:val="252322"/>
                <w:sz w:val="17"/>
                <w:lang w:val="en-US" w:eastAsia="ja-JP"/>
              </w:rPr>
            </w:r>
          </w:p>
        </w:tc>
      </w:tr>
    </w:tbl>
    <w:p>
      <w:pPr>
        <w:spacing w:before="100" w:after="0"/>
        <w:jc w:val="center"/>
      </w:pPr>
      <w:r>
        <w:rPr>
          <w:rFonts w:ascii="Noto Sans JP" w:hAnsi="Noto Sans JP" w:eastAsia="Noto Sans JP" w:cs="Noto Sans JP"/>
          <w:color w:val="6E6964"/>
          <w:sz w:val="16"/>
          <w:lang w:val="en-US" w:eastAsia="ja-JP"/>
        </w:rPr>
        <w:t>費目：現場 / 遠征 / グッズ・作品 / 記念日・交流 / 継続費</w:t>
      </w:r>
    </w:p>
    <w:p>
      <w:r>
        <w:br w:type="page"/>
      </w:r>
    </w:p>
    <w:p>
      <w:pPr>
        <w:spacing w:before="0" w:after="40"/>
        <w:jc w:val="center"/>
      </w:pPr>
      <w:r>
        <w:rPr>
          <w:rFonts w:ascii="Noto Sans JP" w:hAnsi="Noto Sans JP" w:eastAsia="Noto Sans JP" w:cs="Noto Sans JP"/>
          <w:b/>
          <w:color w:val="1C7C86"/>
          <w:sz w:val="17"/>
          <w:lang w:val="en-US" w:eastAsia="ja-JP"/>
        </w:rPr>
        <w:t>MONTHLY REVIEW</w:t>
      </w:r>
    </w:p>
    <w:p>
      <w:pPr>
        <w:spacing w:before="0" w:after="60"/>
        <w:jc w:val="center"/>
      </w:pPr>
      <w:r>
        <w:rPr>
          <w:rFonts w:ascii="IPAexMincho" w:hAnsi="IPAexMincho" w:eastAsia="IPAexMincho" w:cs="IPAexMincho"/>
          <w:b/>
          <w:color w:val="252322"/>
          <w:sz w:val="42"/>
          <w:lang w:val="en-US" w:eastAsia="ja-JP"/>
        </w:rPr>
        <w:t>月末の振り返り</w:t>
      </w:r>
    </w:p>
    <w:p>
      <w:pPr>
        <w:spacing w:before="0" w:after="160"/>
        <w:jc w:val="center"/>
      </w:pPr>
      <w:r>
        <w:rPr>
          <w:rFonts w:ascii="Noto Sans JP" w:hAnsi="Noto Sans JP" w:eastAsia="Noto Sans JP" w:cs="Noto Sans JP"/>
          <w:color w:val="6E6964"/>
          <w:sz w:val="19"/>
          <w:lang w:val="en-US" w:eastAsia="ja-JP"/>
        </w:rPr>
        <w:t>金額だけでなく「また使いたい」と思えた体験も残しましょう。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</w:tblPr>
      <w:tblGrid>
        <w:gridCol w:w="2800"/>
        <w:gridCol w:w="2200"/>
        <w:gridCol w:w="2200"/>
        <w:gridCol w:w="2160"/>
      </w:tblGrid>
      <w:tr>
        <w:trPr>
          <w:tblHeader w:val="true"/>
        </w:trPr>
        <w:tc>
          <w:tcPr>
            <w:tcW w:type="dxa" w:w="2800"/>
            <w:shd w:fill="32B8C4" w:val="clear"/>
            <w:vAlign w:val="center"/>
            <w:tcBorders>
              <w:top w:val="single" w:sz="6" w:color="1C7C86"/>
              <w:bottom w:val="single" w:sz="6" w:color="1C7C86"/>
              <w:left w:val="single" w:sz="4" w:color="1C7C86"/>
              <w:right w:val="single" w:sz="4" w:color="1C7C86"/>
            </w:tcBorders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Noto Sans JP" w:hAnsi="Noto Sans JP" w:eastAsia="Noto Sans JP" w:cs="Noto Sans JP"/>
                <w:b/>
                <w:color w:val="FFFFFF"/>
                <w:sz w:val="17"/>
                <w:lang w:val="en-US" w:eastAsia="ja-JP"/>
              </w:rPr>
              <w:t>費目</w:t>
            </w:r>
          </w:p>
        </w:tc>
        <w:tc>
          <w:tcPr>
            <w:tcW w:type="dxa" w:w="2200"/>
            <w:shd w:fill="32B8C4" w:val="clear"/>
            <w:vAlign w:val="center"/>
            <w:tcBorders>
              <w:top w:val="single" w:sz="6" w:color="1C7C86"/>
              <w:bottom w:val="single" w:sz="6" w:color="1C7C86"/>
              <w:left w:val="single" w:sz="4" w:color="1C7C86"/>
              <w:right w:val="single" w:sz="4" w:color="1C7C86"/>
            </w:tcBorders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Noto Sans JP" w:hAnsi="Noto Sans JP" w:eastAsia="Noto Sans JP" w:cs="Noto Sans JP"/>
                <w:b/>
                <w:color w:val="FFFFFF"/>
                <w:sz w:val="17"/>
                <w:lang w:val="en-US" w:eastAsia="ja-JP"/>
              </w:rPr>
              <w:t>予算</w:t>
            </w:r>
          </w:p>
        </w:tc>
        <w:tc>
          <w:tcPr>
            <w:tcW w:type="dxa" w:w="2200"/>
            <w:shd w:fill="32B8C4" w:val="clear"/>
            <w:vAlign w:val="center"/>
            <w:tcBorders>
              <w:top w:val="single" w:sz="6" w:color="1C7C86"/>
              <w:bottom w:val="single" w:sz="6" w:color="1C7C86"/>
              <w:left w:val="single" w:sz="4" w:color="1C7C86"/>
              <w:right w:val="single" w:sz="4" w:color="1C7C86"/>
            </w:tcBorders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Noto Sans JP" w:hAnsi="Noto Sans JP" w:eastAsia="Noto Sans JP" w:cs="Noto Sans JP"/>
                <w:b/>
                <w:color w:val="FFFFFF"/>
                <w:sz w:val="17"/>
                <w:lang w:val="en-US" w:eastAsia="ja-JP"/>
              </w:rPr>
              <w:t>実際の支出</w:t>
            </w:r>
          </w:p>
        </w:tc>
        <w:tc>
          <w:tcPr>
            <w:tcW w:type="dxa" w:w="2160"/>
            <w:shd w:fill="32B8C4" w:val="clear"/>
            <w:vAlign w:val="center"/>
            <w:tcBorders>
              <w:top w:val="single" w:sz="6" w:color="1C7C86"/>
              <w:bottom w:val="single" w:sz="6" w:color="1C7C86"/>
              <w:left w:val="single" w:sz="4" w:color="1C7C86"/>
              <w:right w:val="single" w:sz="4" w:color="1C7C86"/>
            </w:tcBorders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Noto Sans JP" w:hAnsi="Noto Sans JP" w:eastAsia="Noto Sans JP" w:cs="Noto Sans JP"/>
                <w:b/>
                <w:color w:val="FFFFFF"/>
                <w:sz w:val="17"/>
                <w:lang w:val="en-US" w:eastAsia="ja-JP"/>
              </w:rPr>
              <w:t>残り</w:t>
            </w:r>
          </w:p>
        </w:tc>
      </w:tr>
      <w:tr>
        <w:trPr>
          <w:trHeight w:hRule="atLeast"/>
          <w:cantSplit/>
        </w:trPr>
        <w:tc>
          <w:tcPr>
            <w:tcW w:type="dxa" w:w="2800"/>
            <w:shd w:fill="FFFFFF" w:val="clear"/>
            <w:tcBorders>
              <w:bottom w:val="single" w:sz="4" w:color="DDD7CD"/>
            </w:tcBorders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Noto Sans JP" w:hAnsi="Noto Sans JP" w:eastAsia="Noto Sans JP" w:cs="Noto Sans JP"/>
                <w:b w:val="0"/>
                <w:color w:val="252322"/>
                <w:sz w:val="17"/>
                <w:lang w:val="en-US" w:eastAsia="ja-JP"/>
              </w:rPr>
              <w:t>現場</w:t>
            </w:r>
          </w:p>
        </w:tc>
        <w:tc>
          <w:tcPr>
            <w:tcW w:type="dxa" w:w="2200"/>
            <w:shd w:fill="FFFFFF" w:val="clear"/>
            <w:tcBorders>
              <w:bottom w:val="single" w:sz="4" w:color="DDD7CD"/>
            </w:tcBorders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  <w:jc w:val="right"/>
            </w:pPr>
            <w:r>
              <w:rPr>
                <w:rFonts w:ascii="Noto Sans JP" w:hAnsi="Noto Sans JP" w:eastAsia="Noto Sans JP" w:cs="Noto Sans JP"/>
                <w:b w:val="0"/>
                <w:color w:val="6E6964"/>
                <w:sz w:val="17"/>
                <w:lang w:val="en-US" w:eastAsia="ja-JP"/>
              </w:rPr>
            </w:r>
          </w:p>
        </w:tc>
        <w:tc>
          <w:tcPr>
            <w:tcW w:type="dxa" w:w="2200"/>
            <w:shd w:fill="FFFFFF" w:val="clear"/>
            <w:tcBorders>
              <w:bottom w:val="single" w:sz="4" w:color="DDD7CD"/>
            </w:tcBorders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  <w:jc w:val="right"/>
            </w:pPr>
            <w:r>
              <w:rPr>
                <w:rFonts w:ascii="Noto Sans JP" w:hAnsi="Noto Sans JP" w:eastAsia="Noto Sans JP" w:cs="Noto Sans JP"/>
                <w:b w:val="0"/>
                <w:color w:val="6E6964"/>
                <w:sz w:val="17"/>
                <w:lang w:val="en-US" w:eastAsia="ja-JP"/>
              </w:rPr>
            </w:r>
          </w:p>
        </w:tc>
        <w:tc>
          <w:tcPr>
            <w:tcW w:type="dxa" w:w="2160"/>
            <w:shd w:fill="FFFFFF" w:val="clear"/>
            <w:tcBorders>
              <w:bottom w:val="single" w:sz="4" w:color="DDD7CD"/>
            </w:tcBorders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  <w:jc w:val="right"/>
            </w:pPr>
            <w:r>
              <w:rPr>
                <w:rFonts w:ascii="Noto Sans JP" w:hAnsi="Noto Sans JP" w:eastAsia="Noto Sans JP" w:cs="Noto Sans JP"/>
                <w:b w:val="0"/>
                <w:color w:val="6E6964"/>
                <w:sz w:val="17"/>
                <w:lang w:val="en-US" w:eastAsia="ja-JP"/>
              </w:rPr>
            </w:r>
          </w:p>
        </w:tc>
      </w:tr>
      <w:tr>
        <w:trPr>
          <w:trHeight w:hRule="atLeast"/>
          <w:cantSplit/>
        </w:trPr>
        <w:tc>
          <w:tcPr>
            <w:tcW w:type="dxa" w:w="2800"/>
            <w:shd w:fill="FFFFFF" w:val="clear"/>
            <w:tcBorders>
              <w:bottom w:val="single" w:sz="4" w:color="DDD7CD"/>
            </w:tcBorders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Noto Sans JP" w:hAnsi="Noto Sans JP" w:eastAsia="Noto Sans JP" w:cs="Noto Sans JP"/>
                <w:b w:val="0"/>
                <w:color w:val="252322"/>
                <w:sz w:val="17"/>
                <w:lang w:val="en-US" w:eastAsia="ja-JP"/>
              </w:rPr>
              <w:t>遠征</w:t>
            </w:r>
          </w:p>
        </w:tc>
        <w:tc>
          <w:tcPr>
            <w:tcW w:type="dxa" w:w="2200"/>
            <w:shd w:fill="FFFFFF" w:val="clear"/>
            <w:tcBorders>
              <w:bottom w:val="single" w:sz="4" w:color="DDD7CD"/>
            </w:tcBorders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  <w:jc w:val="right"/>
            </w:pPr>
            <w:r>
              <w:rPr>
                <w:rFonts w:ascii="Noto Sans JP" w:hAnsi="Noto Sans JP" w:eastAsia="Noto Sans JP" w:cs="Noto Sans JP"/>
                <w:b w:val="0"/>
                <w:color w:val="6E6964"/>
                <w:sz w:val="17"/>
                <w:lang w:val="en-US" w:eastAsia="ja-JP"/>
              </w:rPr>
            </w:r>
          </w:p>
        </w:tc>
        <w:tc>
          <w:tcPr>
            <w:tcW w:type="dxa" w:w="2200"/>
            <w:shd w:fill="FFFFFF" w:val="clear"/>
            <w:tcBorders>
              <w:bottom w:val="single" w:sz="4" w:color="DDD7CD"/>
            </w:tcBorders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  <w:jc w:val="right"/>
            </w:pPr>
            <w:r>
              <w:rPr>
                <w:rFonts w:ascii="Noto Sans JP" w:hAnsi="Noto Sans JP" w:eastAsia="Noto Sans JP" w:cs="Noto Sans JP"/>
                <w:b w:val="0"/>
                <w:color w:val="6E6964"/>
                <w:sz w:val="17"/>
                <w:lang w:val="en-US" w:eastAsia="ja-JP"/>
              </w:rPr>
            </w:r>
          </w:p>
        </w:tc>
        <w:tc>
          <w:tcPr>
            <w:tcW w:type="dxa" w:w="2160"/>
            <w:shd w:fill="FFFFFF" w:val="clear"/>
            <w:tcBorders>
              <w:bottom w:val="single" w:sz="4" w:color="DDD7CD"/>
            </w:tcBorders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  <w:jc w:val="right"/>
            </w:pPr>
            <w:r>
              <w:rPr>
                <w:rFonts w:ascii="Noto Sans JP" w:hAnsi="Noto Sans JP" w:eastAsia="Noto Sans JP" w:cs="Noto Sans JP"/>
                <w:b w:val="0"/>
                <w:color w:val="6E6964"/>
                <w:sz w:val="17"/>
                <w:lang w:val="en-US" w:eastAsia="ja-JP"/>
              </w:rPr>
            </w:r>
          </w:p>
        </w:tc>
      </w:tr>
      <w:tr>
        <w:trPr>
          <w:trHeight w:hRule="atLeast"/>
          <w:cantSplit/>
        </w:trPr>
        <w:tc>
          <w:tcPr>
            <w:tcW w:type="dxa" w:w="2800"/>
            <w:shd w:fill="FFFFFF" w:val="clear"/>
            <w:tcBorders>
              <w:bottom w:val="single" w:sz="4" w:color="DDD7CD"/>
            </w:tcBorders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Noto Sans JP" w:hAnsi="Noto Sans JP" w:eastAsia="Noto Sans JP" w:cs="Noto Sans JP"/>
                <w:b w:val="0"/>
                <w:color w:val="252322"/>
                <w:sz w:val="17"/>
                <w:lang w:val="en-US" w:eastAsia="ja-JP"/>
              </w:rPr>
              <w:t>グッズ・作品</w:t>
            </w:r>
          </w:p>
        </w:tc>
        <w:tc>
          <w:tcPr>
            <w:tcW w:type="dxa" w:w="2200"/>
            <w:shd w:fill="FFFFFF" w:val="clear"/>
            <w:tcBorders>
              <w:bottom w:val="single" w:sz="4" w:color="DDD7CD"/>
            </w:tcBorders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  <w:jc w:val="right"/>
            </w:pPr>
            <w:r>
              <w:rPr>
                <w:rFonts w:ascii="Noto Sans JP" w:hAnsi="Noto Sans JP" w:eastAsia="Noto Sans JP" w:cs="Noto Sans JP"/>
                <w:b w:val="0"/>
                <w:color w:val="6E6964"/>
                <w:sz w:val="17"/>
                <w:lang w:val="en-US" w:eastAsia="ja-JP"/>
              </w:rPr>
            </w:r>
          </w:p>
        </w:tc>
        <w:tc>
          <w:tcPr>
            <w:tcW w:type="dxa" w:w="2200"/>
            <w:shd w:fill="FFFFFF" w:val="clear"/>
            <w:tcBorders>
              <w:bottom w:val="single" w:sz="4" w:color="DDD7CD"/>
            </w:tcBorders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  <w:jc w:val="right"/>
            </w:pPr>
            <w:r>
              <w:rPr>
                <w:rFonts w:ascii="Noto Sans JP" w:hAnsi="Noto Sans JP" w:eastAsia="Noto Sans JP" w:cs="Noto Sans JP"/>
                <w:b w:val="0"/>
                <w:color w:val="6E6964"/>
                <w:sz w:val="17"/>
                <w:lang w:val="en-US" w:eastAsia="ja-JP"/>
              </w:rPr>
            </w:r>
          </w:p>
        </w:tc>
        <w:tc>
          <w:tcPr>
            <w:tcW w:type="dxa" w:w="2160"/>
            <w:shd w:fill="FFFFFF" w:val="clear"/>
            <w:tcBorders>
              <w:bottom w:val="single" w:sz="4" w:color="DDD7CD"/>
            </w:tcBorders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  <w:jc w:val="right"/>
            </w:pPr>
            <w:r>
              <w:rPr>
                <w:rFonts w:ascii="Noto Sans JP" w:hAnsi="Noto Sans JP" w:eastAsia="Noto Sans JP" w:cs="Noto Sans JP"/>
                <w:b w:val="0"/>
                <w:color w:val="6E6964"/>
                <w:sz w:val="17"/>
                <w:lang w:val="en-US" w:eastAsia="ja-JP"/>
              </w:rPr>
            </w:r>
          </w:p>
        </w:tc>
      </w:tr>
      <w:tr>
        <w:trPr>
          <w:trHeight w:hRule="atLeast"/>
          <w:cantSplit/>
        </w:trPr>
        <w:tc>
          <w:tcPr>
            <w:tcW w:type="dxa" w:w="2800"/>
            <w:shd w:fill="FFFFFF" w:val="clear"/>
            <w:tcBorders>
              <w:bottom w:val="single" w:sz="4" w:color="DDD7CD"/>
            </w:tcBorders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Noto Sans JP" w:hAnsi="Noto Sans JP" w:eastAsia="Noto Sans JP" w:cs="Noto Sans JP"/>
                <w:b w:val="0"/>
                <w:color w:val="252322"/>
                <w:sz w:val="17"/>
                <w:lang w:val="en-US" w:eastAsia="ja-JP"/>
              </w:rPr>
              <w:t>記念日・交流</w:t>
            </w:r>
          </w:p>
        </w:tc>
        <w:tc>
          <w:tcPr>
            <w:tcW w:type="dxa" w:w="2200"/>
            <w:shd w:fill="FFFFFF" w:val="clear"/>
            <w:tcBorders>
              <w:bottom w:val="single" w:sz="4" w:color="DDD7CD"/>
            </w:tcBorders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  <w:jc w:val="right"/>
            </w:pPr>
            <w:r>
              <w:rPr>
                <w:rFonts w:ascii="Noto Sans JP" w:hAnsi="Noto Sans JP" w:eastAsia="Noto Sans JP" w:cs="Noto Sans JP"/>
                <w:b w:val="0"/>
                <w:color w:val="6E6964"/>
                <w:sz w:val="17"/>
                <w:lang w:val="en-US" w:eastAsia="ja-JP"/>
              </w:rPr>
            </w:r>
          </w:p>
        </w:tc>
        <w:tc>
          <w:tcPr>
            <w:tcW w:type="dxa" w:w="2200"/>
            <w:shd w:fill="FFFFFF" w:val="clear"/>
            <w:tcBorders>
              <w:bottom w:val="single" w:sz="4" w:color="DDD7CD"/>
            </w:tcBorders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  <w:jc w:val="right"/>
            </w:pPr>
            <w:r>
              <w:rPr>
                <w:rFonts w:ascii="Noto Sans JP" w:hAnsi="Noto Sans JP" w:eastAsia="Noto Sans JP" w:cs="Noto Sans JP"/>
                <w:b w:val="0"/>
                <w:color w:val="6E6964"/>
                <w:sz w:val="17"/>
                <w:lang w:val="en-US" w:eastAsia="ja-JP"/>
              </w:rPr>
            </w:r>
          </w:p>
        </w:tc>
        <w:tc>
          <w:tcPr>
            <w:tcW w:type="dxa" w:w="2160"/>
            <w:shd w:fill="FFFFFF" w:val="clear"/>
            <w:tcBorders>
              <w:bottom w:val="single" w:sz="4" w:color="DDD7CD"/>
            </w:tcBorders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  <w:jc w:val="right"/>
            </w:pPr>
            <w:r>
              <w:rPr>
                <w:rFonts w:ascii="Noto Sans JP" w:hAnsi="Noto Sans JP" w:eastAsia="Noto Sans JP" w:cs="Noto Sans JP"/>
                <w:b w:val="0"/>
                <w:color w:val="6E6964"/>
                <w:sz w:val="17"/>
                <w:lang w:val="en-US" w:eastAsia="ja-JP"/>
              </w:rPr>
            </w:r>
          </w:p>
        </w:tc>
      </w:tr>
      <w:tr>
        <w:trPr>
          <w:trHeight w:hRule="atLeast"/>
          <w:cantSplit/>
        </w:trPr>
        <w:tc>
          <w:tcPr>
            <w:tcW w:type="dxa" w:w="2800"/>
            <w:shd w:fill="FFFFFF" w:val="clear"/>
            <w:tcBorders>
              <w:bottom w:val="single" w:sz="4" w:color="DDD7CD"/>
            </w:tcBorders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Noto Sans JP" w:hAnsi="Noto Sans JP" w:eastAsia="Noto Sans JP" w:cs="Noto Sans JP"/>
                <w:b w:val="0"/>
                <w:color w:val="252322"/>
                <w:sz w:val="17"/>
                <w:lang w:val="en-US" w:eastAsia="ja-JP"/>
              </w:rPr>
              <w:t>継続費</w:t>
            </w:r>
          </w:p>
        </w:tc>
        <w:tc>
          <w:tcPr>
            <w:tcW w:type="dxa" w:w="2200"/>
            <w:shd w:fill="FFFFFF" w:val="clear"/>
            <w:tcBorders>
              <w:bottom w:val="single" w:sz="4" w:color="DDD7CD"/>
            </w:tcBorders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  <w:jc w:val="right"/>
            </w:pPr>
            <w:r>
              <w:rPr>
                <w:rFonts w:ascii="Noto Sans JP" w:hAnsi="Noto Sans JP" w:eastAsia="Noto Sans JP" w:cs="Noto Sans JP"/>
                <w:b w:val="0"/>
                <w:color w:val="6E6964"/>
                <w:sz w:val="17"/>
                <w:lang w:val="en-US" w:eastAsia="ja-JP"/>
              </w:rPr>
            </w:r>
          </w:p>
        </w:tc>
        <w:tc>
          <w:tcPr>
            <w:tcW w:type="dxa" w:w="2200"/>
            <w:shd w:fill="FFFFFF" w:val="clear"/>
            <w:tcBorders>
              <w:bottom w:val="single" w:sz="4" w:color="DDD7CD"/>
            </w:tcBorders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  <w:jc w:val="right"/>
            </w:pPr>
            <w:r>
              <w:rPr>
                <w:rFonts w:ascii="Noto Sans JP" w:hAnsi="Noto Sans JP" w:eastAsia="Noto Sans JP" w:cs="Noto Sans JP"/>
                <w:b w:val="0"/>
                <w:color w:val="6E6964"/>
                <w:sz w:val="17"/>
                <w:lang w:val="en-US" w:eastAsia="ja-JP"/>
              </w:rPr>
            </w:r>
          </w:p>
        </w:tc>
        <w:tc>
          <w:tcPr>
            <w:tcW w:type="dxa" w:w="2160"/>
            <w:shd w:fill="FFFFFF" w:val="clear"/>
            <w:tcBorders>
              <w:bottom w:val="single" w:sz="4" w:color="DDD7CD"/>
            </w:tcBorders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  <w:jc w:val="right"/>
            </w:pPr>
            <w:r>
              <w:rPr>
                <w:rFonts w:ascii="Noto Sans JP" w:hAnsi="Noto Sans JP" w:eastAsia="Noto Sans JP" w:cs="Noto Sans JP"/>
                <w:b w:val="0"/>
                <w:color w:val="6E6964"/>
                <w:sz w:val="17"/>
                <w:lang w:val="en-US" w:eastAsia="ja-JP"/>
              </w:rPr>
            </w:r>
          </w:p>
        </w:tc>
      </w:tr>
      <w:tr>
        <w:trPr>
          <w:trHeight w:hRule="atLeast"/>
          <w:cantSplit/>
        </w:trPr>
        <w:tc>
          <w:tcPr>
            <w:tcW w:type="dxa" w:w="2800"/>
            <w:shd w:fill="FFE782" w:val="clear"/>
            <w:tcBorders>
              <w:bottom w:val="single" w:sz="4" w:color="DDD7CD"/>
            </w:tcBorders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Noto Sans JP" w:hAnsi="Noto Sans JP" w:eastAsia="Noto Sans JP" w:cs="Noto Sans JP"/>
                <w:b/>
                <w:color w:val="252322"/>
                <w:sz w:val="17"/>
                <w:lang w:val="en-US" w:eastAsia="ja-JP"/>
              </w:rPr>
              <w:t>合計</w:t>
            </w:r>
          </w:p>
        </w:tc>
        <w:tc>
          <w:tcPr>
            <w:tcW w:type="dxa" w:w="2200"/>
            <w:shd w:fill="FFE782" w:val="clear"/>
            <w:tcBorders>
              <w:bottom w:val="single" w:sz="4" w:color="DDD7CD"/>
            </w:tcBorders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  <w:jc w:val="right"/>
            </w:pPr>
            <w:r>
              <w:rPr>
                <w:rFonts w:ascii="Noto Sans JP" w:hAnsi="Noto Sans JP" w:eastAsia="Noto Sans JP" w:cs="Noto Sans JP"/>
                <w:b/>
                <w:color w:val="6E6964"/>
                <w:sz w:val="17"/>
                <w:lang w:val="en-US" w:eastAsia="ja-JP"/>
              </w:rPr>
            </w:r>
          </w:p>
        </w:tc>
        <w:tc>
          <w:tcPr>
            <w:tcW w:type="dxa" w:w="2200"/>
            <w:shd w:fill="FFE782" w:val="clear"/>
            <w:tcBorders>
              <w:bottom w:val="single" w:sz="4" w:color="DDD7CD"/>
            </w:tcBorders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  <w:jc w:val="right"/>
            </w:pPr>
            <w:r>
              <w:rPr>
                <w:rFonts w:ascii="Noto Sans JP" w:hAnsi="Noto Sans JP" w:eastAsia="Noto Sans JP" w:cs="Noto Sans JP"/>
                <w:b/>
                <w:color w:val="6E6964"/>
                <w:sz w:val="17"/>
                <w:lang w:val="en-US" w:eastAsia="ja-JP"/>
              </w:rPr>
            </w:r>
          </w:p>
        </w:tc>
        <w:tc>
          <w:tcPr>
            <w:tcW w:type="dxa" w:w="2160"/>
            <w:shd w:fill="FFE782" w:val="clear"/>
            <w:tcBorders>
              <w:bottom w:val="single" w:sz="4" w:color="DDD7CD"/>
            </w:tcBorders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  <w:jc w:val="right"/>
            </w:pPr>
            <w:r>
              <w:rPr>
                <w:rFonts w:ascii="Noto Sans JP" w:hAnsi="Noto Sans JP" w:eastAsia="Noto Sans JP" w:cs="Noto Sans JP"/>
                <w:b/>
                <w:color w:val="6E6964"/>
                <w:sz w:val="17"/>
                <w:lang w:val="en-US" w:eastAsia="ja-JP"/>
              </w:rPr>
            </w:r>
          </w:p>
        </w:tc>
      </w:tr>
    </w:tbl>
    <w:p>
      <w:pPr>
        <w:pStyle w:val="Heading2"/>
        <w:spacing w:before="200" w:after="40"/>
      </w:pPr>
      <w:r>
        <w:rPr>
          <w:rFonts w:ascii="Noto Sans JP" w:hAnsi="Noto Sans JP" w:eastAsia="Noto Sans JP" w:cs="Noto Sans JP"/>
          <w:b/>
          <w:color w:val="1C7C86"/>
          <w:sz w:val="26"/>
          <w:lang w:val="en-US" w:eastAsia="ja-JP"/>
        </w:rPr>
        <w:t>今月の満足メモ</w:t>
      </w:r>
    </w:p>
    <w:p>
      <w:pPr>
        <w:spacing w:after="40"/>
      </w:pPr>
      <w:r>
        <w:rPr>
          <w:rFonts w:ascii="Noto Sans JP" w:hAnsi="Noto Sans JP" w:eastAsia="Noto Sans JP" w:cs="Noto Sans JP"/>
          <w:color w:val="6E6964"/>
          <w:sz w:val="17"/>
          <w:lang w:val="en-US" w:eastAsia="ja-JP"/>
        </w:rPr>
        <w:t>また行きたい、送料をまとめられた、勢いで買ったけれど使っていない、など。</w:t>
      </w:r>
    </w:p>
    <w:p>
      <w:pPr>
        <w:spacing w:before="0" w:after="100" w:line="240" w:lineRule="auto"/>
        <w:pBdr>
          <w:bottom w:val="single" w:sz="4" w:space="2" w:color="DDD7CD"/>
        </w:pBdr>
      </w:pPr>
      <w:r>
        <w:t xml:space="preserve"> </w:t>
      </w:r>
    </w:p>
    <w:p>
      <w:pPr>
        <w:spacing w:before="0" w:after="100" w:line="240" w:lineRule="auto"/>
        <w:pBdr>
          <w:bottom w:val="single" w:sz="4" w:space="2" w:color="DDD7CD"/>
        </w:pBdr>
      </w:pPr>
      <w:r>
        <w:t xml:space="preserve"> </w:t>
      </w:r>
    </w:p>
    <w:p>
      <w:pPr>
        <w:pStyle w:val="Heading2"/>
        <w:spacing w:before="160" w:after="80"/>
      </w:pPr>
      <w:r>
        <w:rPr>
          <w:rFonts w:ascii="Noto Sans JP" w:hAnsi="Noto Sans JP" w:eastAsia="Noto Sans JP" w:cs="Noto Sans JP"/>
          <w:b/>
          <w:color w:val="1C7C86"/>
          <w:sz w:val="26"/>
          <w:lang w:val="en-US" w:eastAsia="ja-JP"/>
        </w:rPr>
        <w:t>次月の予定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</w:tblPr>
      <w:tblGrid>
        <w:gridCol w:w="5000"/>
        <w:gridCol w:w="2180"/>
        <w:gridCol w:w="2180"/>
      </w:tblGrid>
      <w:tr>
        <w:trPr>
          <w:tblHeader w:val="true"/>
        </w:trPr>
        <w:tc>
          <w:tcPr>
            <w:tcW w:type="dxa" w:w="5000"/>
            <w:shd w:fill="FFE8E6" w:val="clear"/>
            <w:vAlign w:val="center"/>
            <w:tcBorders>
              <w:bottom w:val="single" w:sz="6" w:color="EF777D"/>
            </w:tcBorders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Noto Sans JP" w:hAnsi="Noto Sans JP" w:eastAsia="Noto Sans JP" w:cs="Noto Sans JP"/>
                <w:b/>
                <w:color w:val="B83C45"/>
                <w:sz w:val="17"/>
                <w:lang w:val="en-US" w:eastAsia="ja-JP"/>
              </w:rPr>
              <w:t>予定</w:t>
            </w:r>
          </w:p>
        </w:tc>
        <w:tc>
          <w:tcPr>
            <w:tcW w:type="dxa" w:w="2180"/>
            <w:shd w:fill="FFE8E6" w:val="clear"/>
            <w:vAlign w:val="center"/>
            <w:tcBorders>
              <w:bottom w:val="single" w:sz="6" w:color="EF777D"/>
            </w:tcBorders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Noto Sans JP" w:hAnsi="Noto Sans JP" w:eastAsia="Noto Sans JP" w:cs="Noto Sans JP"/>
                <w:b/>
                <w:color w:val="B83C45"/>
                <w:sz w:val="17"/>
                <w:lang w:val="en-US" w:eastAsia="ja-JP"/>
              </w:rPr>
              <w:t>支払予定額</w:t>
            </w:r>
          </w:p>
        </w:tc>
        <w:tc>
          <w:tcPr>
            <w:tcW w:type="dxa" w:w="2180"/>
            <w:shd w:fill="FFE8E6" w:val="clear"/>
            <w:vAlign w:val="center"/>
            <w:tcBorders>
              <w:bottom w:val="single" w:sz="6" w:color="EF777D"/>
            </w:tcBorders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Noto Sans JP" w:hAnsi="Noto Sans JP" w:eastAsia="Noto Sans JP" w:cs="Noto Sans JP"/>
                <w:b/>
                <w:color w:val="B83C45"/>
                <w:sz w:val="17"/>
                <w:lang w:val="en-US" w:eastAsia="ja-JP"/>
              </w:rPr>
              <w:t>支払予定月</w:t>
            </w:r>
          </w:p>
        </w:tc>
      </w:tr>
      <w:tr>
        <w:trPr>
          <w:trHeight w:hRule="atLeast"/>
          <w:cantSplit/>
        </w:trPr>
        <w:tc>
          <w:tcPr>
            <w:tcW w:type="dxa" w:w="5000"/>
            <w:shd w:fill="FFFFFF" w:val="clear"/>
            <w:vAlign w:val="center"/>
            <w:tcBorders>
              <w:bottom w:val="single" w:sz="4" w:color="DDD7CD"/>
            </w:tcBorders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Noto Sans JP" w:hAnsi="Noto Sans JP" w:eastAsia="Noto Sans JP" w:cs="Noto Sans JP"/>
                <w:b w:val="0"/>
                <w:color w:val="252322"/>
                <w:sz w:val="17"/>
                <w:lang w:val="en-US" w:eastAsia="ja-JP"/>
              </w:rPr>
            </w:r>
          </w:p>
        </w:tc>
        <w:tc>
          <w:tcPr>
            <w:tcW w:type="dxa" w:w="2180"/>
            <w:shd w:fill="FFFFFF" w:val="clear"/>
            <w:vAlign w:val="center"/>
            <w:tcBorders>
              <w:bottom w:val="single" w:sz="4" w:color="DDD7CD"/>
            </w:tcBorders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Noto Sans JP" w:hAnsi="Noto Sans JP" w:eastAsia="Noto Sans JP" w:cs="Noto Sans JP"/>
                <w:b w:val="0"/>
                <w:color w:val="252322"/>
                <w:sz w:val="17"/>
                <w:lang w:val="en-US" w:eastAsia="ja-JP"/>
              </w:rPr>
            </w:r>
          </w:p>
        </w:tc>
        <w:tc>
          <w:tcPr>
            <w:tcW w:type="dxa" w:w="2180"/>
            <w:shd w:fill="FFFFFF" w:val="clear"/>
            <w:vAlign w:val="center"/>
            <w:tcBorders>
              <w:bottom w:val="single" w:sz="4" w:color="DDD7CD"/>
            </w:tcBorders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Noto Sans JP" w:hAnsi="Noto Sans JP" w:eastAsia="Noto Sans JP" w:cs="Noto Sans JP"/>
                <w:b w:val="0"/>
                <w:color w:val="252322"/>
                <w:sz w:val="17"/>
                <w:lang w:val="en-US" w:eastAsia="ja-JP"/>
              </w:rPr>
            </w:r>
          </w:p>
        </w:tc>
      </w:tr>
      <w:tr>
        <w:trPr>
          <w:trHeight w:hRule="atLeast"/>
          <w:cantSplit/>
        </w:trPr>
        <w:tc>
          <w:tcPr>
            <w:tcW w:type="dxa" w:w="5000"/>
            <w:shd w:fill="FFFFFF" w:val="clear"/>
            <w:vAlign w:val="center"/>
            <w:tcBorders>
              <w:bottom w:val="single" w:sz="4" w:color="DDD7CD"/>
            </w:tcBorders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Noto Sans JP" w:hAnsi="Noto Sans JP" w:eastAsia="Noto Sans JP" w:cs="Noto Sans JP"/>
                <w:b w:val="0"/>
                <w:color w:val="252322"/>
                <w:sz w:val="17"/>
                <w:lang w:val="en-US" w:eastAsia="ja-JP"/>
              </w:rPr>
            </w:r>
          </w:p>
        </w:tc>
        <w:tc>
          <w:tcPr>
            <w:tcW w:type="dxa" w:w="2180"/>
            <w:shd w:fill="FFFFFF" w:val="clear"/>
            <w:vAlign w:val="center"/>
            <w:tcBorders>
              <w:bottom w:val="single" w:sz="4" w:color="DDD7CD"/>
            </w:tcBorders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Noto Sans JP" w:hAnsi="Noto Sans JP" w:eastAsia="Noto Sans JP" w:cs="Noto Sans JP"/>
                <w:b w:val="0"/>
                <w:color w:val="252322"/>
                <w:sz w:val="17"/>
                <w:lang w:val="en-US" w:eastAsia="ja-JP"/>
              </w:rPr>
            </w:r>
          </w:p>
        </w:tc>
        <w:tc>
          <w:tcPr>
            <w:tcW w:type="dxa" w:w="2180"/>
            <w:shd w:fill="FFFFFF" w:val="clear"/>
            <w:vAlign w:val="center"/>
            <w:tcBorders>
              <w:bottom w:val="single" w:sz="4" w:color="DDD7CD"/>
            </w:tcBorders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Noto Sans JP" w:hAnsi="Noto Sans JP" w:eastAsia="Noto Sans JP" w:cs="Noto Sans JP"/>
                <w:b w:val="0"/>
                <w:color w:val="252322"/>
                <w:sz w:val="17"/>
                <w:lang w:val="en-US" w:eastAsia="ja-JP"/>
              </w:rPr>
            </w:r>
          </w:p>
        </w:tc>
      </w:tr>
      <w:tr>
        <w:trPr>
          <w:trHeight w:hRule="atLeast"/>
          <w:cantSplit/>
        </w:trPr>
        <w:tc>
          <w:tcPr>
            <w:tcW w:type="dxa" w:w="5000"/>
            <w:shd w:fill="FFFFFF" w:val="clear"/>
            <w:vAlign w:val="center"/>
            <w:tcBorders>
              <w:bottom w:val="single" w:sz="4" w:color="DDD7CD"/>
            </w:tcBorders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Noto Sans JP" w:hAnsi="Noto Sans JP" w:eastAsia="Noto Sans JP" w:cs="Noto Sans JP"/>
                <w:b w:val="0"/>
                <w:color w:val="252322"/>
                <w:sz w:val="17"/>
                <w:lang w:val="en-US" w:eastAsia="ja-JP"/>
              </w:rPr>
            </w:r>
          </w:p>
        </w:tc>
        <w:tc>
          <w:tcPr>
            <w:tcW w:type="dxa" w:w="2180"/>
            <w:shd w:fill="FFFFFF" w:val="clear"/>
            <w:vAlign w:val="center"/>
            <w:tcBorders>
              <w:bottom w:val="single" w:sz="4" w:color="DDD7CD"/>
            </w:tcBorders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Noto Sans JP" w:hAnsi="Noto Sans JP" w:eastAsia="Noto Sans JP" w:cs="Noto Sans JP"/>
                <w:b w:val="0"/>
                <w:color w:val="252322"/>
                <w:sz w:val="17"/>
                <w:lang w:val="en-US" w:eastAsia="ja-JP"/>
              </w:rPr>
            </w:r>
          </w:p>
        </w:tc>
        <w:tc>
          <w:tcPr>
            <w:tcW w:type="dxa" w:w="2180"/>
            <w:shd w:fill="FFFFFF" w:val="clear"/>
            <w:vAlign w:val="center"/>
            <w:tcBorders>
              <w:bottom w:val="single" w:sz="4" w:color="DDD7CD"/>
            </w:tcBorders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Noto Sans JP" w:hAnsi="Noto Sans JP" w:eastAsia="Noto Sans JP" w:cs="Noto Sans JP"/>
                <w:b w:val="0"/>
                <w:color w:val="252322"/>
                <w:sz w:val="17"/>
                <w:lang w:val="en-US" w:eastAsia="ja-JP"/>
              </w:rPr>
            </w:r>
          </w:p>
        </w:tc>
      </w:tr>
    </w:tbl>
    <w:p>
      <w:pPr>
        <w:pStyle w:val="Heading2"/>
        <w:spacing w:before="180" w:after="80"/>
      </w:pPr>
      <w:r>
        <w:rPr>
          <w:rFonts w:ascii="Noto Sans JP" w:hAnsi="Noto Sans JP" w:eastAsia="Noto Sans JP" w:cs="Noto Sans JP"/>
          <w:b/>
          <w:color w:val="AD73AE"/>
          <w:sz w:val="26"/>
          <w:lang w:val="en-US" w:eastAsia="ja-JP"/>
        </w:rPr>
        <w:t>次に試すことを、1つだけ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</w:tblPr>
      <w:tblGrid>
        <w:gridCol w:w="9360"/>
      </w:tblGrid>
      <w:tr>
        <w:trPr>
          <w:trHeight w:hRule="atLeast"/>
          <w:tblHeader w:val="true"/>
        </w:trPr>
        <w:tc>
          <w:tcPr>
            <w:tcW w:type="dxa" w:w="9360"/>
            <w:shd w:fill="F3E6F3" w:val="clear"/>
            <w:vAlign w:val="center"/>
            <w:tcBorders>
              <w:top w:val="single" w:sz="6" w:color="AD73AE"/>
              <w:bottom w:val="single" w:sz="6" w:color="AD73AE"/>
              <w:left w:val="single" w:sz="6" w:color="AD73AE"/>
              <w:right w:val="single" w:sz="6" w:color="AD73AE"/>
            </w:tcBorders>
            <w:tcMar>
              <w:top w:w="100" w:type="dxa"/>
              <w:bottom w:w="100" w:type="dxa"/>
              <w:start w:w="140" w:type="dxa"/>
              <w:end w:w="14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Noto Sans JP" w:hAnsi="Noto Sans JP" w:eastAsia="Noto Sans JP" w:cs="Noto Sans JP"/>
                <w:b w:val="0"/>
                <w:color w:val="252322"/>
                <w:sz w:val="18"/>
                <w:lang w:val="en-US" w:eastAsia="ja-JP"/>
              </w:rPr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0"/>
      <w:jc w:val="center"/>
    </w:pPr>
    <w:r>
      <w:rPr>
        <w:rFonts w:ascii="Noto Sans JP" w:hAnsi="Noto Sans JP" w:eastAsia="Noto Sans JP" w:cs="Noto Sans JP"/>
        <w:color w:val="6E6964"/>
        <w:sz w:val="17"/>
        <w:lang w:val="en-US" w:eastAsia="ja-JP"/>
      </w:rPr>
      <w:t xml:space="preserve">oshifuturelab.com   |   </w:t>
    </w:r>
    <w:r>
      <w:rPr>
        <w:rFonts w:ascii="Noto Sans JP" w:hAnsi="Noto Sans JP" w:eastAsia="Noto Sans JP" w:cs="Noto Sans JP"/>
        <w:color w:val="6E6964"/>
        <w:sz w:val="17"/>
        <w:lang w:val="en-US" w:eastAsia="ja-JP"/>
      </w:rPr>
      <w:fldChar w:fldCharType="begin"/>
      <w:instrText xml:space="preserve"> PAGE 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  <w:jc w:val="center"/>
    </w:pPr>
    <w:r>
      <w:rPr>
        <w:rFonts w:ascii="Noto Sans JP" w:hAnsi="Noto Sans JP" w:eastAsia="Noto Sans JP" w:cs="Noto Sans JP"/>
        <w:b/>
        <w:color w:val="1C7C86"/>
        <w:sz w:val="17"/>
        <w:lang w:val="en-US" w:eastAsia="ja-JP"/>
      </w:rPr>
      <w:t>推し活未来研究所  |  推し活家計簿テンプレート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300" w:lineRule="auto"/>
    </w:pPr>
    <w:rPr>
      <w:rFonts w:ascii="Noto Sans JP" w:hAnsi="Noto Sans JP" w:eastAsia="Noto Sans JP" w:cs="Noto Sans JP"/>
      <w:color w:val="252322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60" w:after="200"/>
      <w:outlineLvl w:val="0"/>
    </w:pPr>
    <w:rPr>
      <w:rFonts w:asciiTheme="majorHAnsi" w:eastAsiaTheme="majorEastAsia" w:hAnsiTheme="majorHAnsi" w:cstheme="majorBidi" w:ascii="Noto Sans JP" w:hAnsi="Noto Sans JP" w:eastAsia="Noto Sans JP" w:cs="Noto Sans JP"/>
      <w:b/>
      <w:bCs/>
      <w:color w:val="1C7C86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40"/>
      <w:outlineLvl w:val="1"/>
    </w:pPr>
    <w:rPr>
      <w:rFonts w:asciiTheme="majorHAnsi" w:eastAsiaTheme="majorEastAsia" w:hAnsiTheme="majorHAnsi" w:cstheme="majorBidi" w:ascii="Noto Sans JP" w:hAnsi="Noto Sans JP" w:eastAsia="Noto Sans JP" w:cs="Noto Sans JP"/>
      <w:b/>
      <w:bCs/>
      <w:color w:val="1C7C86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00"/>
      <w:outlineLvl w:val="2"/>
    </w:pPr>
    <w:rPr>
      <w:rFonts w:asciiTheme="majorHAnsi" w:eastAsiaTheme="majorEastAsia" w:hAnsiTheme="majorHAnsi" w:cstheme="majorBidi" w:ascii="Noto Sans JP" w:hAnsi="Noto Sans JP" w:eastAsia="Noto Sans JP" w:cs="Noto Sans JP"/>
      <w:b/>
      <w:bCs/>
      <w:color w:val="AD73AE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推し活家計簿テンプレート</dc:title>
  <dc:subject>推し活の予算・支出・満足度を記録する家計簿</dc:subject>
  <dc:creator>推し活未来研究所</dc:creator>
  <cp:keywords>推し活, 家計簿, 予算, テンプレート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